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826AE" w14:textId="77777777" w:rsidR="00FE452D" w:rsidRDefault="00000000">
      <w:pPr>
        <w:pStyle w:val="1"/>
        <w:rPr>
          <w:lang w:eastAsia="ko-KR"/>
        </w:rPr>
      </w:pP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동의서</w:t>
      </w:r>
      <w:r>
        <w:rPr>
          <w:lang w:eastAsia="ko-KR"/>
        </w:rPr>
        <w:t xml:space="preserve"> (Arbitration Agreement)</w:t>
      </w:r>
    </w:p>
    <w:p w14:paraId="1190B582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환자</w:t>
      </w:r>
      <w:r>
        <w:rPr>
          <w:lang w:eastAsia="ko-KR"/>
        </w:rPr>
        <w:t xml:space="preserve"> </w:t>
      </w:r>
      <w:r>
        <w:rPr>
          <w:lang w:eastAsia="ko-KR"/>
        </w:rPr>
        <w:t>이름</w:t>
      </w:r>
      <w:r>
        <w:rPr>
          <w:lang w:eastAsia="ko-KR"/>
        </w:rPr>
        <w:t>:</w:t>
      </w:r>
    </w:p>
    <w:p w14:paraId="778FFCF6" w14:textId="77777777" w:rsidR="00FE452D" w:rsidRDefault="00000000">
      <w:pPr>
        <w:rPr>
          <w:lang w:eastAsia="ko-KR"/>
        </w:rPr>
      </w:pPr>
      <w:r>
        <w:rPr>
          <w:lang w:eastAsia="ko-KR"/>
        </w:rPr>
        <w:t>______________________</w:t>
      </w:r>
    </w:p>
    <w:p w14:paraId="69E8672B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제</w:t>
      </w:r>
      <w:r>
        <w:rPr>
          <w:lang w:eastAsia="ko-KR"/>
        </w:rPr>
        <w:t>1</w:t>
      </w:r>
      <w:r>
        <w:rPr>
          <w:lang w:eastAsia="ko-KR"/>
        </w:rPr>
        <w:t>조</w:t>
      </w:r>
      <w:r>
        <w:rPr>
          <w:lang w:eastAsia="ko-KR"/>
        </w:rPr>
        <w:t xml:space="preserve">. </w:t>
      </w:r>
      <w:r>
        <w:rPr>
          <w:lang w:eastAsia="ko-KR"/>
        </w:rPr>
        <w:t>중재에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동의</w:t>
      </w:r>
    </w:p>
    <w:p w14:paraId="5A43BEDA" w14:textId="2641C3D7" w:rsidR="00FE452D" w:rsidRDefault="00000000">
      <w:pPr>
        <w:rPr>
          <w:lang w:eastAsia="ko-KR"/>
        </w:rPr>
      </w:pP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계약에</w:t>
      </w:r>
      <w:r>
        <w:rPr>
          <w:lang w:eastAsia="ko-KR"/>
        </w:rPr>
        <w:t xml:space="preserve"> </w:t>
      </w:r>
      <w:r>
        <w:rPr>
          <w:lang w:eastAsia="ko-KR"/>
        </w:rPr>
        <w:t>서명함으로써</w:t>
      </w:r>
      <w:r>
        <w:rPr>
          <w:lang w:eastAsia="ko-KR"/>
        </w:rPr>
        <w:t xml:space="preserve">, </w:t>
      </w:r>
      <w:r>
        <w:rPr>
          <w:lang w:eastAsia="ko-KR"/>
        </w:rPr>
        <w:t>귀하</w:t>
      </w:r>
      <w:r>
        <w:rPr>
          <w:lang w:eastAsia="ko-KR"/>
        </w:rPr>
        <w:t>(</w:t>
      </w:r>
      <w:r>
        <w:rPr>
          <w:lang w:eastAsia="ko-KR"/>
        </w:rPr>
        <w:t>환자</w:t>
      </w:r>
      <w:r>
        <w:rPr>
          <w:lang w:eastAsia="ko-KR"/>
        </w:rPr>
        <w:t>)</w:t>
      </w:r>
      <w:r>
        <w:rPr>
          <w:lang w:eastAsia="ko-KR"/>
        </w:rPr>
        <w:t>는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서비스가</w:t>
      </w:r>
      <w:r>
        <w:rPr>
          <w:lang w:eastAsia="ko-KR"/>
        </w:rPr>
        <w:t xml:space="preserve"> </w:t>
      </w:r>
      <w:r>
        <w:rPr>
          <w:lang w:eastAsia="ko-KR"/>
        </w:rPr>
        <w:t>부적절하거나</w:t>
      </w:r>
      <w:r>
        <w:rPr>
          <w:lang w:eastAsia="ko-KR"/>
        </w:rPr>
        <w:t xml:space="preserve"> </w:t>
      </w:r>
      <w:r>
        <w:rPr>
          <w:lang w:eastAsia="ko-KR"/>
        </w:rPr>
        <w:t>잘못되었는지에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분쟁을</w:t>
      </w:r>
      <w:r>
        <w:rPr>
          <w:lang w:eastAsia="ko-KR"/>
        </w:rPr>
        <w:t xml:space="preserve"> </w:t>
      </w:r>
      <w:r>
        <w:rPr>
          <w:lang w:eastAsia="ko-KR"/>
        </w:rPr>
        <w:t>법원이</w:t>
      </w:r>
      <w:r>
        <w:rPr>
          <w:lang w:eastAsia="ko-KR"/>
        </w:rPr>
        <w:t xml:space="preserve"> </w:t>
      </w:r>
      <w:r>
        <w:rPr>
          <w:lang w:eastAsia="ko-KR"/>
        </w:rPr>
        <w:t>아닌</w:t>
      </w:r>
      <w:r>
        <w:rPr>
          <w:lang w:eastAsia="ko-KR"/>
        </w:rPr>
        <w:t xml:space="preserve"> </w:t>
      </w:r>
      <w:r>
        <w:rPr>
          <w:lang w:eastAsia="ko-KR"/>
        </w:rPr>
        <w:t>중재를</w:t>
      </w:r>
      <w:r>
        <w:rPr>
          <w:lang w:eastAsia="ko-KR"/>
        </w:rPr>
        <w:t xml:space="preserve"> </w:t>
      </w:r>
      <w:r>
        <w:rPr>
          <w:lang w:eastAsia="ko-KR"/>
        </w:rPr>
        <w:t>통해</w:t>
      </w:r>
      <w:r>
        <w:rPr>
          <w:lang w:eastAsia="ko-KR"/>
        </w:rPr>
        <w:t xml:space="preserve"> </w:t>
      </w:r>
      <w:r>
        <w:rPr>
          <w:lang w:eastAsia="ko-KR"/>
        </w:rPr>
        <w:t>해결하기로</w:t>
      </w:r>
      <w:r>
        <w:rPr>
          <w:lang w:eastAsia="ko-KR"/>
        </w:rPr>
        <w:t xml:space="preserve"> </w:t>
      </w:r>
      <w:r>
        <w:rPr>
          <w:lang w:eastAsia="ko-KR"/>
        </w:rPr>
        <w:t>동의합니다</w:t>
      </w:r>
      <w:r>
        <w:rPr>
          <w:lang w:eastAsia="ko-KR"/>
        </w:rPr>
        <w:t xml:space="preserve">. </w:t>
      </w:r>
      <w:r>
        <w:rPr>
          <w:lang w:eastAsia="ko-KR"/>
        </w:rPr>
        <w:t>즉</w:t>
      </w:r>
      <w:r>
        <w:rPr>
          <w:lang w:eastAsia="ko-KR"/>
        </w:rPr>
        <w:t xml:space="preserve">, </w:t>
      </w:r>
      <w:r>
        <w:rPr>
          <w:lang w:eastAsia="ko-KR"/>
        </w:rPr>
        <w:t>배심원</w:t>
      </w:r>
      <w:r>
        <w:rPr>
          <w:lang w:eastAsia="ko-KR"/>
        </w:rPr>
        <w:t xml:space="preserve"> </w:t>
      </w:r>
      <w:r>
        <w:rPr>
          <w:lang w:eastAsia="ko-KR"/>
        </w:rPr>
        <w:t>재판이나</w:t>
      </w:r>
      <w:r>
        <w:rPr>
          <w:lang w:eastAsia="ko-KR"/>
        </w:rPr>
        <w:t xml:space="preserve"> </w:t>
      </w:r>
      <w:r>
        <w:rPr>
          <w:lang w:eastAsia="ko-KR"/>
        </w:rPr>
        <w:t>소송을</w:t>
      </w:r>
      <w:r>
        <w:rPr>
          <w:lang w:eastAsia="ko-KR"/>
        </w:rPr>
        <w:t xml:space="preserve"> </w:t>
      </w:r>
      <w:r>
        <w:rPr>
          <w:lang w:eastAsia="ko-KR"/>
        </w:rPr>
        <w:t>통해</w:t>
      </w:r>
      <w:r>
        <w:rPr>
          <w:lang w:eastAsia="ko-KR"/>
        </w:rPr>
        <w:t xml:space="preserve"> </w:t>
      </w:r>
      <w:r>
        <w:rPr>
          <w:lang w:eastAsia="ko-KR"/>
        </w:rPr>
        <w:t>문제를</w:t>
      </w:r>
      <w:r>
        <w:rPr>
          <w:lang w:eastAsia="ko-KR"/>
        </w:rPr>
        <w:t xml:space="preserve"> </w:t>
      </w:r>
      <w:r>
        <w:rPr>
          <w:lang w:eastAsia="ko-KR"/>
        </w:rPr>
        <w:t>해결하는</w:t>
      </w:r>
      <w:r>
        <w:rPr>
          <w:lang w:eastAsia="ko-KR"/>
        </w:rPr>
        <w:t xml:space="preserve"> </w:t>
      </w:r>
      <w:r>
        <w:rPr>
          <w:lang w:eastAsia="ko-KR"/>
        </w:rPr>
        <w:t>헌법상의</w:t>
      </w:r>
      <w:r>
        <w:rPr>
          <w:lang w:eastAsia="ko-KR"/>
        </w:rPr>
        <w:t xml:space="preserve"> </w:t>
      </w:r>
      <w:r>
        <w:rPr>
          <w:lang w:eastAsia="ko-KR"/>
        </w:rPr>
        <w:t>권리를</w:t>
      </w:r>
      <w:r>
        <w:rPr>
          <w:lang w:eastAsia="ko-KR"/>
        </w:rPr>
        <w:t xml:space="preserve"> </w:t>
      </w:r>
      <w:r>
        <w:rPr>
          <w:lang w:eastAsia="ko-KR"/>
        </w:rPr>
        <w:t>포기하고</w:t>
      </w:r>
      <w:r>
        <w:rPr>
          <w:lang w:eastAsia="ko-KR"/>
        </w:rPr>
        <w:t xml:space="preserve">, </w:t>
      </w:r>
      <w:r>
        <w:rPr>
          <w:lang w:eastAsia="ko-KR"/>
        </w:rPr>
        <w:t>대신</w:t>
      </w:r>
      <w:r>
        <w:rPr>
          <w:lang w:eastAsia="ko-KR"/>
        </w:rPr>
        <w:t xml:space="preserve"> </w:t>
      </w:r>
      <w:r>
        <w:rPr>
          <w:lang w:eastAsia="ko-KR"/>
        </w:rPr>
        <w:t>중립적인</w:t>
      </w:r>
      <w:r>
        <w:rPr>
          <w:lang w:eastAsia="ko-KR"/>
        </w:rPr>
        <w:t xml:space="preserve"> </w:t>
      </w:r>
      <w:r>
        <w:rPr>
          <w:lang w:eastAsia="ko-KR"/>
        </w:rPr>
        <w:t>제</w:t>
      </w:r>
      <w:r>
        <w:rPr>
          <w:lang w:eastAsia="ko-KR"/>
        </w:rPr>
        <w:t>3</w:t>
      </w:r>
      <w:r>
        <w:rPr>
          <w:lang w:eastAsia="ko-KR"/>
        </w:rPr>
        <w:t>자가</w:t>
      </w:r>
      <w:r>
        <w:rPr>
          <w:lang w:eastAsia="ko-KR"/>
        </w:rPr>
        <w:t xml:space="preserve"> </w:t>
      </w:r>
      <w:r>
        <w:rPr>
          <w:lang w:eastAsia="ko-KR"/>
        </w:rPr>
        <w:t>판단하는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절차를</w:t>
      </w:r>
      <w:r>
        <w:rPr>
          <w:lang w:eastAsia="ko-KR"/>
        </w:rPr>
        <w:t xml:space="preserve"> </w:t>
      </w:r>
      <w:r>
        <w:rPr>
          <w:lang w:eastAsia="ko-KR"/>
        </w:rPr>
        <w:t>수용하는</w:t>
      </w:r>
      <w:r>
        <w:rPr>
          <w:lang w:eastAsia="ko-KR"/>
        </w:rPr>
        <w:t xml:space="preserve"> </w:t>
      </w:r>
      <w:r>
        <w:rPr>
          <w:lang w:eastAsia="ko-KR"/>
        </w:rPr>
        <w:t>것입니다</w:t>
      </w:r>
      <w:r>
        <w:rPr>
          <w:lang w:eastAsia="ko-KR"/>
        </w:rPr>
        <w:t>.</w:t>
      </w:r>
      <w:r w:rsidR="00BA7362">
        <w:rPr>
          <w:rFonts w:eastAsia="맑은 고딕" w:hint="eastAsia"/>
          <w:lang w:eastAsia="ko-KR"/>
        </w:rPr>
        <w:t xml:space="preserve"> </w:t>
      </w:r>
      <w:r>
        <w:rPr>
          <w:lang w:eastAsia="ko-KR"/>
        </w:rPr>
        <w:t>또한</w:t>
      </w:r>
      <w:r>
        <w:rPr>
          <w:lang w:eastAsia="ko-KR"/>
        </w:rPr>
        <w:t xml:space="preserve">, </w:t>
      </w:r>
      <w:r>
        <w:rPr>
          <w:lang w:eastAsia="ko-KR"/>
        </w:rPr>
        <w:t>귀하와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제공자는</w:t>
      </w:r>
      <w:r>
        <w:rPr>
          <w:lang w:eastAsia="ko-KR"/>
        </w:rPr>
        <w:t xml:space="preserve"> </w:t>
      </w:r>
      <w:r>
        <w:rPr>
          <w:lang w:eastAsia="ko-KR"/>
        </w:rPr>
        <w:t>집단</w:t>
      </w:r>
      <w:r>
        <w:rPr>
          <w:lang w:eastAsia="ko-KR"/>
        </w:rPr>
        <w:t xml:space="preserve"> </w:t>
      </w:r>
      <w:r>
        <w:rPr>
          <w:lang w:eastAsia="ko-KR"/>
        </w:rPr>
        <w:t>소송에</w:t>
      </w:r>
      <w:r>
        <w:rPr>
          <w:lang w:eastAsia="ko-KR"/>
        </w:rPr>
        <w:t xml:space="preserve"> </w:t>
      </w:r>
      <w:r>
        <w:rPr>
          <w:lang w:eastAsia="ko-KR"/>
        </w:rPr>
        <w:t>참여할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없으며</w:t>
      </w:r>
      <w:r>
        <w:rPr>
          <w:lang w:eastAsia="ko-KR"/>
        </w:rPr>
        <w:t xml:space="preserve">, </w:t>
      </w:r>
      <w:r>
        <w:rPr>
          <w:lang w:eastAsia="ko-KR"/>
        </w:rPr>
        <w:t>오직</w:t>
      </w:r>
      <w:r>
        <w:rPr>
          <w:lang w:eastAsia="ko-KR"/>
        </w:rPr>
        <w:t xml:space="preserve"> </w:t>
      </w:r>
      <w:r>
        <w:rPr>
          <w:lang w:eastAsia="ko-KR"/>
        </w:rPr>
        <w:t>귀하와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기관</w:t>
      </w:r>
      <w:r>
        <w:rPr>
          <w:lang w:eastAsia="ko-KR"/>
        </w:rPr>
        <w:t xml:space="preserve"> </w:t>
      </w:r>
      <w:r>
        <w:rPr>
          <w:lang w:eastAsia="ko-KR"/>
        </w:rPr>
        <w:t>간의</w:t>
      </w:r>
      <w:r>
        <w:rPr>
          <w:lang w:eastAsia="ko-KR"/>
        </w:rPr>
        <w:t xml:space="preserve"> </w:t>
      </w:r>
      <w:r>
        <w:rPr>
          <w:lang w:eastAsia="ko-KR"/>
        </w:rPr>
        <w:t>개별적인</w:t>
      </w:r>
      <w:r>
        <w:rPr>
          <w:lang w:eastAsia="ko-KR"/>
        </w:rPr>
        <w:t xml:space="preserve"> </w:t>
      </w:r>
      <w:r>
        <w:rPr>
          <w:lang w:eastAsia="ko-KR"/>
        </w:rPr>
        <w:t>문제만</w:t>
      </w:r>
      <w:r>
        <w:rPr>
          <w:lang w:eastAsia="ko-KR"/>
        </w:rPr>
        <w:t xml:space="preserve"> </w:t>
      </w:r>
      <w:r>
        <w:rPr>
          <w:lang w:eastAsia="ko-KR"/>
        </w:rPr>
        <w:t>중재로</w:t>
      </w:r>
      <w:r>
        <w:rPr>
          <w:lang w:eastAsia="ko-KR"/>
        </w:rPr>
        <w:t xml:space="preserve"> </w:t>
      </w:r>
      <w:r>
        <w:rPr>
          <w:lang w:eastAsia="ko-KR"/>
        </w:rPr>
        <w:t>다룰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있습니다</w:t>
      </w:r>
      <w:r>
        <w:rPr>
          <w:lang w:eastAsia="ko-KR"/>
        </w:rPr>
        <w:t>.</w:t>
      </w:r>
    </w:p>
    <w:p w14:paraId="73FDA149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제</w:t>
      </w:r>
      <w:r>
        <w:rPr>
          <w:lang w:eastAsia="ko-KR"/>
        </w:rPr>
        <w:t>2</w:t>
      </w:r>
      <w:r>
        <w:rPr>
          <w:lang w:eastAsia="ko-KR"/>
        </w:rPr>
        <w:t>조</w:t>
      </w:r>
      <w:r>
        <w:rPr>
          <w:lang w:eastAsia="ko-KR"/>
        </w:rPr>
        <w:t xml:space="preserve">.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분쟁은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대상입니다</w:t>
      </w:r>
    </w:p>
    <w:p w14:paraId="3C43F77F" w14:textId="7A1E3499" w:rsidR="00FE452D" w:rsidRDefault="00000000">
      <w:pPr>
        <w:rPr>
          <w:lang w:eastAsia="ko-KR"/>
        </w:rPr>
      </w:pP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계약은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과실뿐만</w:t>
      </w:r>
      <w:proofErr w:type="spellEnd"/>
      <w:r>
        <w:rPr>
          <w:lang w:eastAsia="ko-KR"/>
        </w:rPr>
        <w:t xml:space="preserve"> </w:t>
      </w:r>
      <w:r>
        <w:rPr>
          <w:lang w:eastAsia="ko-KR"/>
        </w:rPr>
        <w:t>아니라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서비스와</w:t>
      </w:r>
      <w:r>
        <w:rPr>
          <w:lang w:eastAsia="ko-KR"/>
        </w:rPr>
        <w:t xml:space="preserve"> </w:t>
      </w:r>
      <w:r>
        <w:rPr>
          <w:lang w:eastAsia="ko-KR"/>
        </w:rPr>
        <w:t>관련된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분쟁에</w:t>
      </w:r>
      <w:r>
        <w:rPr>
          <w:lang w:eastAsia="ko-KR"/>
        </w:rPr>
        <w:t xml:space="preserve"> </w:t>
      </w:r>
      <w:r>
        <w:rPr>
          <w:lang w:eastAsia="ko-KR"/>
        </w:rPr>
        <w:t>적용됩니다</w:t>
      </w:r>
      <w:r>
        <w:rPr>
          <w:lang w:eastAsia="ko-KR"/>
        </w:rPr>
        <w:t xml:space="preserve">. </w:t>
      </w:r>
      <w:r>
        <w:rPr>
          <w:lang w:eastAsia="ko-KR"/>
        </w:rPr>
        <w:t>예를</w:t>
      </w:r>
      <w:r>
        <w:rPr>
          <w:lang w:eastAsia="ko-KR"/>
        </w:rPr>
        <w:t xml:space="preserve"> </w:t>
      </w:r>
      <w:r>
        <w:rPr>
          <w:lang w:eastAsia="ko-KR"/>
        </w:rPr>
        <w:t>들어</w:t>
      </w:r>
      <w:r>
        <w:rPr>
          <w:lang w:eastAsia="ko-KR"/>
        </w:rPr>
        <w:t xml:space="preserve">, </w:t>
      </w: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</w:t>
      </w:r>
      <w:r>
        <w:rPr>
          <w:lang w:eastAsia="ko-KR"/>
        </w:rPr>
        <w:t xml:space="preserve"> </w:t>
      </w:r>
      <w:r>
        <w:rPr>
          <w:lang w:eastAsia="ko-KR"/>
        </w:rPr>
        <w:t>자체가</w:t>
      </w:r>
      <w:r>
        <w:rPr>
          <w:lang w:eastAsia="ko-KR"/>
        </w:rPr>
        <w:t xml:space="preserve"> </w:t>
      </w:r>
      <w:r>
        <w:rPr>
          <w:lang w:eastAsia="ko-KR"/>
        </w:rPr>
        <w:t>공정한지</w:t>
      </w:r>
      <w:r>
        <w:rPr>
          <w:lang w:eastAsia="ko-KR"/>
        </w:rPr>
        <w:t xml:space="preserve"> </w:t>
      </w:r>
      <w:r>
        <w:rPr>
          <w:lang w:eastAsia="ko-KR"/>
        </w:rPr>
        <w:t>여부</w:t>
      </w:r>
      <w:r>
        <w:rPr>
          <w:lang w:eastAsia="ko-KR"/>
        </w:rPr>
        <w:t xml:space="preserve">, </w:t>
      </w:r>
      <w:r>
        <w:rPr>
          <w:lang w:eastAsia="ko-KR"/>
        </w:rPr>
        <w:t>절차상의</w:t>
      </w:r>
      <w:r>
        <w:rPr>
          <w:lang w:eastAsia="ko-KR"/>
        </w:rPr>
        <w:t xml:space="preserve"> </w:t>
      </w:r>
      <w:r>
        <w:rPr>
          <w:lang w:eastAsia="ko-KR"/>
        </w:rPr>
        <w:t>문제</w:t>
      </w:r>
      <w:r>
        <w:rPr>
          <w:lang w:eastAsia="ko-KR"/>
        </w:rPr>
        <w:t xml:space="preserve">, </w:t>
      </w:r>
      <w:r>
        <w:rPr>
          <w:lang w:eastAsia="ko-KR"/>
        </w:rPr>
        <w:t>또는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대상인지</w:t>
      </w:r>
      <w:r>
        <w:rPr>
          <w:lang w:eastAsia="ko-KR"/>
        </w:rPr>
        <w:t xml:space="preserve"> </w:t>
      </w:r>
      <w:r>
        <w:rPr>
          <w:lang w:eastAsia="ko-KR"/>
        </w:rPr>
        <w:t>여부</w:t>
      </w:r>
      <w:r>
        <w:rPr>
          <w:lang w:eastAsia="ko-KR"/>
        </w:rPr>
        <w:t xml:space="preserve"> </w:t>
      </w:r>
      <w:r>
        <w:rPr>
          <w:lang w:eastAsia="ko-KR"/>
        </w:rPr>
        <w:t>등도</w:t>
      </w:r>
      <w:r>
        <w:rPr>
          <w:lang w:eastAsia="ko-KR"/>
        </w:rPr>
        <w:t xml:space="preserve"> </w:t>
      </w:r>
      <w:r>
        <w:rPr>
          <w:lang w:eastAsia="ko-KR"/>
        </w:rPr>
        <w:t>포함됩니다</w:t>
      </w:r>
      <w:r>
        <w:rPr>
          <w:lang w:eastAsia="ko-KR"/>
        </w:rPr>
        <w:t>.</w:t>
      </w:r>
      <w:r w:rsidR="00BA7362">
        <w:rPr>
          <w:rFonts w:eastAsia="맑은 고딕" w:hint="eastAsia"/>
          <w:lang w:eastAsia="ko-KR"/>
        </w:rPr>
        <w:t xml:space="preserve"> </w:t>
      </w:r>
      <w:r>
        <w:rPr>
          <w:lang w:eastAsia="ko-KR"/>
        </w:rPr>
        <w:t>또한</w:t>
      </w:r>
      <w:r>
        <w:rPr>
          <w:lang w:eastAsia="ko-KR"/>
        </w:rPr>
        <w:t xml:space="preserve">, </w:t>
      </w: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계약은</w:t>
      </w:r>
      <w:r>
        <w:rPr>
          <w:lang w:eastAsia="ko-KR"/>
        </w:rPr>
        <w:t xml:space="preserve"> </w:t>
      </w:r>
      <w:r>
        <w:rPr>
          <w:lang w:eastAsia="ko-KR"/>
        </w:rPr>
        <w:t>환자의</w:t>
      </w:r>
      <w:r>
        <w:rPr>
          <w:lang w:eastAsia="ko-KR"/>
        </w:rPr>
        <w:t xml:space="preserve"> </w:t>
      </w:r>
      <w:r>
        <w:rPr>
          <w:lang w:eastAsia="ko-KR"/>
        </w:rPr>
        <w:t>가족</w:t>
      </w:r>
      <w:r>
        <w:rPr>
          <w:lang w:eastAsia="ko-KR"/>
        </w:rPr>
        <w:t>(</w:t>
      </w:r>
      <w:r>
        <w:rPr>
          <w:lang w:eastAsia="ko-KR"/>
        </w:rPr>
        <w:t>배우자</w:t>
      </w:r>
      <w:r>
        <w:rPr>
          <w:lang w:eastAsia="ko-KR"/>
        </w:rPr>
        <w:t xml:space="preserve">, </w:t>
      </w:r>
      <w:r>
        <w:rPr>
          <w:lang w:eastAsia="ko-KR"/>
        </w:rPr>
        <w:t>자녀</w:t>
      </w:r>
      <w:r>
        <w:rPr>
          <w:lang w:eastAsia="ko-KR"/>
        </w:rPr>
        <w:t xml:space="preserve"> </w:t>
      </w:r>
      <w:r>
        <w:rPr>
          <w:lang w:eastAsia="ko-KR"/>
        </w:rPr>
        <w:t>포함</w:t>
      </w:r>
      <w:r>
        <w:rPr>
          <w:lang w:eastAsia="ko-KR"/>
        </w:rPr>
        <w:t xml:space="preserve">), </w:t>
      </w:r>
      <w:r>
        <w:rPr>
          <w:lang w:eastAsia="ko-KR"/>
        </w:rPr>
        <w:t>그리고</w:t>
      </w:r>
      <w:r>
        <w:rPr>
          <w:lang w:eastAsia="ko-KR"/>
        </w:rPr>
        <w:t xml:space="preserve"> </w:t>
      </w:r>
      <w:r>
        <w:rPr>
          <w:lang w:eastAsia="ko-KR"/>
        </w:rPr>
        <w:t>환자에게</w:t>
      </w:r>
      <w:r>
        <w:rPr>
          <w:lang w:eastAsia="ko-KR"/>
        </w:rPr>
        <w:t xml:space="preserve"> </w:t>
      </w:r>
      <w:r>
        <w:rPr>
          <w:lang w:eastAsia="ko-KR"/>
        </w:rPr>
        <w:t>진료를</w:t>
      </w:r>
      <w:r>
        <w:rPr>
          <w:lang w:eastAsia="ko-KR"/>
        </w:rPr>
        <w:t xml:space="preserve"> </w:t>
      </w:r>
      <w:r>
        <w:rPr>
          <w:lang w:eastAsia="ko-KR"/>
        </w:rPr>
        <w:t>제공하는</w:t>
      </w:r>
      <w:r>
        <w:rPr>
          <w:lang w:eastAsia="ko-KR"/>
        </w:rPr>
        <w:t xml:space="preserve"> </w:t>
      </w:r>
      <w:r>
        <w:rPr>
          <w:lang w:eastAsia="ko-KR"/>
        </w:rPr>
        <w:t>의료진</w:t>
      </w:r>
      <w:r>
        <w:rPr>
          <w:lang w:eastAsia="ko-KR"/>
        </w:rPr>
        <w:t xml:space="preserve">, </w:t>
      </w:r>
      <w:r>
        <w:rPr>
          <w:lang w:eastAsia="ko-KR"/>
        </w:rPr>
        <w:t>수련의</w:t>
      </w:r>
      <w:r>
        <w:rPr>
          <w:lang w:eastAsia="ko-KR"/>
        </w:rPr>
        <w:t xml:space="preserve">, </w:t>
      </w:r>
      <w:r>
        <w:rPr>
          <w:lang w:eastAsia="ko-KR"/>
        </w:rPr>
        <w:t>인턴</w:t>
      </w:r>
      <w:r>
        <w:rPr>
          <w:lang w:eastAsia="ko-KR"/>
        </w:rPr>
        <w:t xml:space="preserve"> </w:t>
      </w:r>
      <w:r>
        <w:rPr>
          <w:lang w:eastAsia="ko-KR"/>
        </w:rPr>
        <w:t>등에게도</w:t>
      </w:r>
      <w:r>
        <w:rPr>
          <w:lang w:eastAsia="ko-KR"/>
        </w:rPr>
        <w:t xml:space="preserve"> </w:t>
      </w:r>
      <w:r>
        <w:rPr>
          <w:lang w:eastAsia="ko-KR"/>
        </w:rPr>
        <w:t>적용됩니다</w:t>
      </w:r>
      <w:r>
        <w:rPr>
          <w:lang w:eastAsia="ko-KR"/>
        </w:rPr>
        <w:t xml:space="preserve">. </w:t>
      </w:r>
      <w:r>
        <w:rPr>
          <w:lang w:eastAsia="ko-KR"/>
        </w:rPr>
        <w:t>이들이</w:t>
      </w:r>
      <w:r>
        <w:rPr>
          <w:lang w:eastAsia="ko-KR"/>
        </w:rPr>
        <w:t xml:space="preserve"> </w:t>
      </w:r>
      <w:r>
        <w:rPr>
          <w:lang w:eastAsia="ko-KR"/>
        </w:rPr>
        <w:t>서명을</w:t>
      </w:r>
      <w:r>
        <w:rPr>
          <w:lang w:eastAsia="ko-KR"/>
        </w:rPr>
        <w:t xml:space="preserve"> </w:t>
      </w:r>
      <w:r>
        <w:rPr>
          <w:lang w:eastAsia="ko-KR"/>
        </w:rPr>
        <w:t>하지</w:t>
      </w:r>
      <w:r>
        <w:rPr>
          <w:lang w:eastAsia="ko-KR"/>
        </w:rPr>
        <w:t xml:space="preserve"> </w:t>
      </w:r>
      <w:r>
        <w:rPr>
          <w:lang w:eastAsia="ko-KR"/>
        </w:rPr>
        <w:t>않았더라도</w:t>
      </w:r>
      <w:r>
        <w:rPr>
          <w:lang w:eastAsia="ko-KR"/>
        </w:rPr>
        <w:t xml:space="preserve"> </w:t>
      </w:r>
      <w:r>
        <w:rPr>
          <w:lang w:eastAsia="ko-KR"/>
        </w:rPr>
        <w:t>해당</w:t>
      </w:r>
      <w:r>
        <w:rPr>
          <w:lang w:eastAsia="ko-KR"/>
        </w:rPr>
        <w:t xml:space="preserve"> </w:t>
      </w:r>
      <w:r>
        <w:rPr>
          <w:lang w:eastAsia="ko-KR"/>
        </w:rPr>
        <w:t>의료기관</w:t>
      </w:r>
      <w:r>
        <w:rPr>
          <w:lang w:eastAsia="ko-KR"/>
        </w:rPr>
        <w:t xml:space="preserve"> </w:t>
      </w:r>
      <w:r>
        <w:rPr>
          <w:lang w:eastAsia="ko-KR"/>
        </w:rPr>
        <w:t>소속이라면</w:t>
      </w:r>
      <w:r>
        <w:rPr>
          <w:lang w:eastAsia="ko-KR"/>
        </w:rPr>
        <w:t xml:space="preserve"> </w:t>
      </w:r>
      <w:r>
        <w:rPr>
          <w:lang w:eastAsia="ko-KR"/>
        </w:rPr>
        <w:t>계약</w:t>
      </w:r>
      <w:r>
        <w:rPr>
          <w:lang w:eastAsia="ko-KR"/>
        </w:rPr>
        <w:t xml:space="preserve"> </w:t>
      </w:r>
      <w:r>
        <w:rPr>
          <w:lang w:eastAsia="ko-KR"/>
        </w:rPr>
        <w:t>효력이</w:t>
      </w:r>
      <w:r>
        <w:rPr>
          <w:lang w:eastAsia="ko-KR"/>
        </w:rPr>
        <w:t xml:space="preserve"> </w:t>
      </w:r>
      <w:r>
        <w:rPr>
          <w:lang w:eastAsia="ko-KR"/>
        </w:rPr>
        <w:t>미칩니다</w:t>
      </w:r>
      <w:r>
        <w:rPr>
          <w:lang w:eastAsia="ko-KR"/>
        </w:rPr>
        <w:t>.</w:t>
      </w:r>
      <w:r w:rsidR="00BA7362">
        <w:rPr>
          <w:rFonts w:eastAsia="맑은 고딕" w:hint="eastAsia"/>
          <w:lang w:eastAsia="ko-KR"/>
        </w:rPr>
        <w:t xml:space="preserve"> </w:t>
      </w:r>
      <w:r>
        <w:rPr>
          <w:lang w:eastAsia="ko-KR"/>
        </w:rPr>
        <w:t>소액</w:t>
      </w:r>
      <w:r>
        <w:rPr>
          <w:lang w:eastAsia="ko-KR"/>
        </w:rPr>
        <w:t xml:space="preserve"> </w:t>
      </w:r>
      <w:r>
        <w:rPr>
          <w:lang w:eastAsia="ko-KR"/>
        </w:rPr>
        <w:t>법원에서</w:t>
      </w:r>
      <w:r>
        <w:rPr>
          <w:lang w:eastAsia="ko-KR"/>
        </w:rPr>
        <w:t xml:space="preserve"> </w:t>
      </w:r>
      <w:r>
        <w:rPr>
          <w:lang w:eastAsia="ko-KR"/>
        </w:rPr>
        <w:t>다룰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없는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금전적</w:t>
      </w:r>
      <w:r>
        <w:rPr>
          <w:lang w:eastAsia="ko-KR"/>
        </w:rPr>
        <w:t xml:space="preserve"> </w:t>
      </w:r>
      <w:r>
        <w:rPr>
          <w:lang w:eastAsia="ko-KR"/>
        </w:rPr>
        <w:t>청구</w:t>
      </w:r>
      <w:r>
        <w:rPr>
          <w:lang w:eastAsia="ko-KR"/>
        </w:rPr>
        <w:t>(</w:t>
      </w:r>
      <w:r>
        <w:rPr>
          <w:lang w:eastAsia="ko-KR"/>
        </w:rPr>
        <w:t>예</w:t>
      </w:r>
      <w:r>
        <w:rPr>
          <w:lang w:eastAsia="ko-KR"/>
        </w:rPr>
        <w:t xml:space="preserve">: </w:t>
      </w:r>
      <w:r>
        <w:rPr>
          <w:lang w:eastAsia="ko-KR"/>
        </w:rPr>
        <w:t>정신적</w:t>
      </w:r>
      <w:r>
        <w:rPr>
          <w:lang w:eastAsia="ko-KR"/>
        </w:rPr>
        <w:t xml:space="preserve"> </w:t>
      </w:r>
      <w:r>
        <w:rPr>
          <w:lang w:eastAsia="ko-KR"/>
        </w:rPr>
        <w:t>고통</w:t>
      </w:r>
      <w:r>
        <w:rPr>
          <w:lang w:eastAsia="ko-KR"/>
        </w:rPr>
        <w:t xml:space="preserve">, </w:t>
      </w:r>
      <w:r>
        <w:rPr>
          <w:lang w:eastAsia="ko-KR"/>
        </w:rPr>
        <w:t>사망</w:t>
      </w:r>
      <w:r>
        <w:rPr>
          <w:lang w:eastAsia="ko-KR"/>
        </w:rPr>
        <w:t xml:space="preserve">, </w:t>
      </w:r>
      <w:r>
        <w:rPr>
          <w:lang w:eastAsia="ko-KR"/>
        </w:rPr>
        <w:t>위자료</w:t>
      </w:r>
      <w:r>
        <w:rPr>
          <w:lang w:eastAsia="ko-KR"/>
        </w:rPr>
        <w:t xml:space="preserve">, </w:t>
      </w:r>
      <w:r>
        <w:rPr>
          <w:lang w:eastAsia="ko-KR"/>
        </w:rPr>
        <w:t>징벌적</w:t>
      </w:r>
      <w:r>
        <w:rPr>
          <w:lang w:eastAsia="ko-KR"/>
        </w:rPr>
        <w:t xml:space="preserve"> </w:t>
      </w:r>
      <w:r>
        <w:rPr>
          <w:lang w:eastAsia="ko-KR"/>
        </w:rPr>
        <w:t>손해배상</w:t>
      </w:r>
      <w:r>
        <w:rPr>
          <w:lang w:eastAsia="ko-KR"/>
        </w:rPr>
        <w:t xml:space="preserve"> </w:t>
      </w:r>
      <w:r>
        <w:rPr>
          <w:lang w:eastAsia="ko-KR"/>
        </w:rPr>
        <w:t>등</w:t>
      </w:r>
      <w:r>
        <w:rPr>
          <w:lang w:eastAsia="ko-KR"/>
        </w:rPr>
        <w:t>)</w:t>
      </w:r>
      <w:r>
        <w:rPr>
          <w:lang w:eastAsia="ko-KR"/>
        </w:rPr>
        <w:t>는</w:t>
      </w:r>
      <w:r>
        <w:rPr>
          <w:lang w:eastAsia="ko-KR"/>
        </w:rPr>
        <w:t xml:space="preserve"> </w:t>
      </w:r>
      <w:r>
        <w:rPr>
          <w:lang w:eastAsia="ko-KR"/>
        </w:rPr>
        <w:t>반드시</w:t>
      </w:r>
      <w:r>
        <w:rPr>
          <w:lang w:eastAsia="ko-KR"/>
        </w:rPr>
        <w:t xml:space="preserve"> </w:t>
      </w:r>
      <w:r>
        <w:rPr>
          <w:lang w:eastAsia="ko-KR"/>
        </w:rPr>
        <w:t>중재를</w:t>
      </w:r>
      <w:r>
        <w:rPr>
          <w:lang w:eastAsia="ko-KR"/>
        </w:rPr>
        <w:t xml:space="preserve"> </w:t>
      </w:r>
      <w:r>
        <w:rPr>
          <w:lang w:eastAsia="ko-KR"/>
        </w:rPr>
        <w:t>통해</w:t>
      </w:r>
      <w:r>
        <w:rPr>
          <w:lang w:eastAsia="ko-KR"/>
        </w:rPr>
        <w:t xml:space="preserve"> </w:t>
      </w:r>
      <w:r>
        <w:rPr>
          <w:lang w:eastAsia="ko-KR"/>
        </w:rPr>
        <w:t>해결해야</w:t>
      </w:r>
      <w:r>
        <w:rPr>
          <w:lang w:eastAsia="ko-KR"/>
        </w:rPr>
        <w:t xml:space="preserve"> </w:t>
      </w:r>
      <w:r>
        <w:rPr>
          <w:lang w:eastAsia="ko-KR"/>
        </w:rPr>
        <w:t>합니다</w:t>
      </w:r>
      <w:r>
        <w:rPr>
          <w:lang w:eastAsia="ko-KR"/>
        </w:rPr>
        <w:t>.</w:t>
      </w:r>
    </w:p>
    <w:p w14:paraId="167A8527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제</w:t>
      </w:r>
      <w:r>
        <w:rPr>
          <w:lang w:eastAsia="ko-KR"/>
        </w:rPr>
        <w:t>3</w:t>
      </w:r>
      <w:r>
        <w:rPr>
          <w:lang w:eastAsia="ko-KR"/>
        </w:rPr>
        <w:t>조</w:t>
      </w:r>
      <w:r>
        <w:rPr>
          <w:lang w:eastAsia="ko-KR"/>
        </w:rPr>
        <w:t xml:space="preserve">.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절차</w:t>
      </w:r>
      <w:r>
        <w:rPr>
          <w:lang w:eastAsia="ko-KR"/>
        </w:rPr>
        <w:t xml:space="preserve"> </w:t>
      </w:r>
      <w:r>
        <w:rPr>
          <w:lang w:eastAsia="ko-KR"/>
        </w:rPr>
        <w:t>및</w:t>
      </w:r>
      <w:r>
        <w:rPr>
          <w:lang w:eastAsia="ko-KR"/>
        </w:rPr>
        <w:t xml:space="preserve"> </w:t>
      </w:r>
      <w:r>
        <w:rPr>
          <w:lang w:eastAsia="ko-KR"/>
        </w:rPr>
        <w:t>적용</w:t>
      </w:r>
      <w:r>
        <w:rPr>
          <w:lang w:eastAsia="ko-KR"/>
        </w:rPr>
        <w:t xml:space="preserve"> </w:t>
      </w:r>
      <w:r>
        <w:rPr>
          <w:lang w:eastAsia="ko-KR"/>
        </w:rPr>
        <w:t>법률</w:t>
      </w:r>
    </w:p>
    <w:p w14:paraId="760A943B" w14:textId="77777777" w:rsidR="00BA7362" w:rsidRDefault="00000000">
      <w:pPr>
        <w:rPr>
          <w:rFonts w:eastAsia="맑은 고딕"/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중재를</w:t>
      </w:r>
      <w:r>
        <w:rPr>
          <w:lang w:eastAsia="ko-KR"/>
        </w:rPr>
        <w:t xml:space="preserve"> </w:t>
      </w:r>
      <w:r>
        <w:rPr>
          <w:lang w:eastAsia="ko-KR"/>
        </w:rPr>
        <w:t>원할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, </w:t>
      </w:r>
      <w:r>
        <w:rPr>
          <w:lang w:eastAsia="ko-KR"/>
        </w:rPr>
        <w:t>서면으로</w:t>
      </w:r>
      <w:r>
        <w:rPr>
          <w:lang w:eastAsia="ko-KR"/>
        </w:rPr>
        <w:t xml:space="preserve"> </w:t>
      </w:r>
      <w:r>
        <w:rPr>
          <w:lang w:eastAsia="ko-KR"/>
        </w:rPr>
        <w:t>요청해야</w:t>
      </w:r>
      <w:r>
        <w:rPr>
          <w:lang w:eastAsia="ko-KR"/>
        </w:rPr>
        <w:t xml:space="preserve"> </w:t>
      </w:r>
      <w:r>
        <w:rPr>
          <w:lang w:eastAsia="ko-KR"/>
        </w:rPr>
        <w:t>합니다</w:t>
      </w:r>
      <w:r>
        <w:rPr>
          <w:lang w:eastAsia="ko-KR"/>
        </w:rPr>
        <w:t>.</w:t>
      </w:r>
    </w:p>
    <w:p w14:paraId="070CD5F0" w14:textId="48300A5E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양</w:t>
      </w:r>
      <w:r>
        <w:rPr>
          <w:lang w:eastAsia="ko-KR"/>
        </w:rPr>
        <w:t xml:space="preserve"> </w:t>
      </w:r>
      <w:r>
        <w:rPr>
          <w:lang w:eastAsia="ko-KR"/>
        </w:rPr>
        <w:t>당사자는</w:t>
      </w:r>
      <w:r>
        <w:rPr>
          <w:lang w:eastAsia="ko-KR"/>
        </w:rPr>
        <w:t xml:space="preserve"> </w:t>
      </w:r>
      <w:r>
        <w:rPr>
          <w:lang w:eastAsia="ko-KR"/>
        </w:rPr>
        <w:t>각자</w:t>
      </w:r>
      <w:r>
        <w:rPr>
          <w:lang w:eastAsia="ko-KR"/>
        </w:rPr>
        <w:t xml:space="preserve"> 30</w:t>
      </w:r>
      <w:r>
        <w:rPr>
          <w:lang w:eastAsia="ko-KR"/>
        </w:rPr>
        <w:t>일</w:t>
      </w:r>
      <w:r>
        <w:rPr>
          <w:lang w:eastAsia="ko-KR"/>
        </w:rPr>
        <w:t xml:space="preserve"> </w:t>
      </w:r>
      <w:r>
        <w:rPr>
          <w:lang w:eastAsia="ko-KR"/>
        </w:rPr>
        <w:t>이내에</w:t>
      </w:r>
      <w:r>
        <w:rPr>
          <w:lang w:eastAsia="ko-KR"/>
        </w:rPr>
        <w:t xml:space="preserve"> </w:t>
      </w:r>
      <w:r>
        <w:rPr>
          <w:lang w:eastAsia="ko-KR"/>
        </w:rPr>
        <w:t>중재인</w:t>
      </w:r>
      <w:r>
        <w:rPr>
          <w:lang w:eastAsia="ko-KR"/>
        </w:rPr>
        <w:t xml:space="preserve"> 1</w:t>
      </w:r>
      <w:r>
        <w:rPr>
          <w:lang w:eastAsia="ko-KR"/>
        </w:rPr>
        <w:t>명을</w:t>
      </w:r>
      <w:r>
        <w:rPr>
          <w:lang w:eastAsia="ko-KR"/>
        </w:rPr>
        <w:t xml:space="preserve"> </w:t>
      </w:r>
      <w:r>
        <w:rPr>
          <w:lang w:eastAsia="ko-KR"/>
        </w:rPr>
        <w:t>선정하고</w:t>
      </w:r>
      <w:r>
        <w:rPr>
          <w:lang w:eastAsia="ko-KR"/>
        </w:rPr>
        <w:t xml:space="preserve">, </w:t>
      </w:r>
      <w:r>
        <w:rPr>
          <w:lang w:eastAsia="ko-KR"/>
        </w:rPr>
        <w:t>두</w:t>
      </w:r>
      <w:r>
        <w:rPr>
          <w:lang w:eastAsia="ko-KR"/>
        </w:rPr>
        <w:t xml:space="preserve"> </w:t>
      </w:r>
      <w:r>
        <w:rPr>
          <w:lang w:eastAsia="ko-KR"/>
        </w:rPr>
        <w:t>중재인이</w:t>
      </w:r>
      <w:r>
        <w:rPr>
          <w:lang w:eastAsia="ko-KR"/>
        </w:rPr>
        <w:t xml:space="preserve"> </w:t>
      </w:r>
      <w:r>
        <w:rPr>
          <w:lang w:eastAsia="ko-KR"/>
        </w:rPr>
        <w:t>협의하여</w:t>
      </w:r>
      <w:r>
        <w:rPr>
          <w:lang w:eastAsia="ko-KR"/>
        </w:rPr>
        <w:t xml:space="preserve"> </w:t>
      </w:r>
      <w:r>
        <w:rPr>
          <w:lang w:eastAsia="ko-KR"/>
        </w:rPr>
        <w:t>중립적</w:t>
      </w:r>
      <w:r>
        <w:rPr>
          <w:lang w:eastAsia="ko-KR"/>
        </w:rPr>
        <w:t xml:space="preserve"> </w:t>
      </w:r>
      <w:r>
        <w:rPr>
          <w:lang w:eastAsia="ko-KR"/>
        </w:rPr>
        <w:t>중재인</w:t>
      </w:r>
      <w:r>
        <w:rPr>
          <w:lang w:eastAsia="ko-KR"/>
        </w:rPr>
        <w:t xml:space="preserve"> 1</w:t>
      </w:r>
      <w:r>
        <w:rPr>
          <w:lang w:eastAsia="ko-KR"/>
        </w:rPr>
        <w:t>명을</w:t>
      </w:r>
      <w:r>
        <w:rPr>
          <w:lang w:eastAsia="ko-KR"/>
        </w:rPr>
        <w:t xml:space="preserve"> </w:t>
      </w:r>
      <w:r>
        <w:rPr>
          <w:lang w:eastAsia="ko-KR"/>
        </w:rPr>
        <w:t>추가로</w:t>
      </w:r>
      <w:r>
        <w:rPr>
          <w:lang w:eastAsia="ko-KR"/>
        </w:rPr>
        <w:t xml:space="preserve"> </w:t>
      </w:r>
      <w:r>
        <w:rPr>
          <w:lang w:eastAsia="ko-KR"/>
        </w:rPr>
        <w:t>선정합니다</w:t>
      </w:r>
      <w:r>
        <w:rPr>
          <w:lang w:eastAsia="ko-KR"/>
        </w:rPr>
        <w:t>.</w:t>
      </w:r>
    </w:p>
    <w:p w14:paraId="1277FC15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중립적</w:t>
      </w:r>
      <w:r>
        <w:rPr>
          <w:lang w:eastAsia="ko-KR"/>
        </w:rPr>
        <w:t xml:space="preserve"> </w:t>
      </w:r>
      <w:r>
        <w:rPr>
          <w:lang w:eastAsia="ko-KR"/>
        </w:rPr>
        <w:t>중재인</w:t>
      </w:r>
      <w:r>
        <w:rPr>
          <w:lang w:eastAsia="ko-KR"/>
        </w:rPr>
        <w:t xml:space="preserve"> 1</w:t>
      </w:r>
      <w:r>
        <w:rPr>
          <w:lang w:eastAsia="ko-KR"/>
        </w:rPr>
        <w:t>명이</w:t>
      </w:r>
      <w:r>
        <w:rPr>
          <w:lang w:eastAsia="ko-KR"/>
        </w:rPr>
        <w:t xml:space="preserve"> </w:t>
      </w:r>
      <w:r>
        <w:rPr>
          <w:lang w:eastAsia="ko-KR"/>
        </w:rPr>
        <w:t>단독으로</w:t>
      </w:r>
      <w:r>
        <w:rPr>
          <w:lang w:eastAsia="ko-KR"/>
        </w:rPr>
        <w:t xml:space="preserve"> </w:t>
      </w:r>
      <w:r>
        <w:rPr>
          <w:lang w:eastAsia="ko-KR"/>
        </w:rPr>
        <w:t>판단하게</w:t>
      </w:r>
      <w:r>
        <w:rPr>
          <w:lang w:eastAsia="ko-KR"/>
        </w:rPr>
        <w:t xml:space="preserve"> </w:t>
      </w:r>
      <w:r>
        <w:rPr>
          <w:lang w:eastAsia="ko-KR"/>
        </w:rPr>
        <w:t>되며</w:t>
      </w:r>
      <w:r>
        <w:rPr>
          <w:lang w:eastAsia="ko-KR"/>
        </w:rPr>
        <w:t xml:space="preserve">, </w:t>
      </w:r>
      <w:r>
        <w:rPr>
          <w:lang w:eastAsia="ko-KR"/>
        </w:rPr>
        <w:t>그</w:t>
      </w:r>
      <w:r>
        <w:rPr>
          <w:lang w:eastAsia="ko-KR"/>
        </w:rPr>
        <w:t xml:space="preserve"> </w:t>
      </w:r>
      <w:r>
        <w:rPr>
          <w:lang w:eastAsia="ko-KR"/>
        </w:rPr>
        <w:t>비용은</w:t>
      </w:r>
      <w:r>
        <w:rPr>
          <w:lang w:eastAsia="ko-KR"/>
        </w:rPr>
        <w:t xml:space="preserve"> </w:t>
      </w:r>
      <w:r>
        <w:rPr>
          <w:lang w:eastAsia="ko-KR"/>
        </w:rPr>
        <w:t>양측이</w:t>
      </w:r>
      <w:r>
        <w:rPr>
          <w:lang w:eastAsia="ko-KR"/>
        </w:rPr>
        <w:t xml:space="preserve"> </w:t>
      </w:r>
      <w:r>
        <w:rPr>
          <w:lang w:eastAsia="ko-KR"/>
        </w:rPr>
        <w:t>반반</w:t>
      </w:r>
      <w:r>
        <w:rPr>
          <w:lang w:eastAsia="ko-KR"/>
        </w:rPr>
        <w:t xml:space="preserve"> </w:t>
      </w:r>
      <w:r>
        <w:rPr>
          <w:lang w:eastAsia="ko-KR"/>
        </w:rPr>
        <w:t>부담합니다</w:t>
      </w:r>
      <w:r>
        <w:rPr>
          <w:lang w:eastAsia="ko-KR"/>
        </w:rPr>
        <w:t>.</w:t>
      </w:r>
    </w:p>
    <w:p w14:paraId="200E6555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변호사</w:t>
      </w:r>
      <w:r>
        <w:rPr>
          <w:lang w:eastAsia="ko-KR"/>
        </w:rPr>
        <w:t xml:space="preserve"> </w:t>
      </w:r>
      <w:r>
        <w:rPr>
          <w:lang w:eastAsia="ko-KR"/>
        </w:rPr>
        <w:t>비용</w:t>
      </w:r>
      <w:r>
        <w:rPr>
          <w:lang w:eastAsia="ko-KR"/>
        </w:rPr>
        <w:t xml:space="preserve">, </w:t>
      </w:r>
      <w:r>
        <w:rPr>
          <w:lang w:eastAsia="ko-KR"/>
        </w:rPr>
        <w:t>증인</w:t>
      </w:r>
      <w:r>
        <w:rPr>
          <w:lang w:eastAsia="ko-KR"/>
        </w:rPr>
        <w:t xml:space="preserve"> </w:t>
      </w:r>
      <w:r>
        <w:rPr>
          <w:lang w:eastAsia="ko-KR"/>
        </w:rPr>
        <w:t>비용</w:t>
      </w:r>
      <w:r>
        <w:rPr>
          <w:lang w:eastAsia="ko-KR"/>
        </w:rPr>
        <w:t xml:space="preserve"> </w:t>
      </w:r>
      <w:r>
        <w:rPr>
          <w:lang w:eastAsia="ko-KR"/>
        </w:rPr>
        <w:t>등은</w:t>
      </w:r>
      <w:r>
        <w:rPr>
          <w:lang w:eastAsia="ko-KR"/>
        </w:rPr>
        <w:t xml:space="preserve"> </w:t>
      </w:r>
      <w:r>
        <w:rPr>
          <w:lang w:eastAsia="ko-KR"/>
        </w:rPr>
        <w:t>각자</w:t>
      </w:r>
      <w:r>
        <w:rPr>
          <w:lang w:eastAsia="ko-KR"/>
        </w:rPr>
        <w:t xml:space="preserve"> </w:t>
      </w:r>
      <w:r>
        <w:rPr>
          <w:lang w:eastAsia="ko-KR"/>
        </w:rPr>
        <w:t>부담합니다</w:t>
      </w:r>
      <w:r>
        <w:rPr>
          <w:lang w:eastAsia="ko-KR"/>
        </w:rPr>
        <w:t>.</w:t>
      </w:r>
    </w:p>
    <w:p w14:paraId="63522E17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어느</w:t>
      </w:r>
      <w:r>
        <w:rPr>
          <w:lang w:eastAsia="ko-KR"/>
        </w:rPr>
        <w:t xml:space="preserve"> </w:t>
      </w:r>
      <w:r>
        <w:rPr>
          <w:lang w:eastAsia="ko-KR"/>
        </w:rPr>
        <w:t>한쪽이</w:t>
      </w:r>
      <w:r>
        <w:rPr>
          <w:lang w:eastAsia="ko-KR"/>
        </w:rPr>
        <w:t xml:space="preserve"> </w:t>
      </w:r>
      <w:r>
        <w:rPr>
          <w:lang w:eastAsia="ko-KR"/>
        </w:rPr>
        <w:t>원할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, </w:t>
      </w:r>
      <w:r>
        <w:rPr>
          <w:lang w:eastAsia="ko-KR"/>
        </w:rPr>
        <w:t>책임과</w:t>
      </w:r>
      <w:r>
        <w:rPr>
          <w:lang w:eastAsia="ko-KR"/>
        </w:rPr>
        <w:t xml:space="preserve"> </w:t>
      </w:r>
      <w:r>
        <w:rPr>
          <w:lang w:eastAsia="ko-KR"/>
        </w:rPr>
        <w:t>손해배상을</w:t>
      </w:r>
      <w:r>
        <w:rPr>
          <w:lang w:eastAsia="ko-KR"/>
        </w:rPr>
        <w:t xml:space="preserve"> </w:t>
      </w:r>
      <w:r>
        <w:rPr>
          <w:lang w:eastAsia="ko-KR"/>
        </w:rPr>
        <w:t>분리하여</w:t>
      </w:r>
      <w:r>
        <w:rPr>
          <w:lang w:eastAsia="ko-KR"/>
        </w:rPr>
        <w:t xml:space="preserve"> </w:t>
      </w:r>
      <w:r>
        <w:rPr>
          <w:lang w:eastAsia="ko-KR"/>
        </w:rPr>
        <w:t>중재할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있습니다</w:t>
      </w:r>
      <w:r>
        <w:rPr>
          <w:lang w:eastAsia="ko-KR"/>
        </w:rPr>
        <w:t>.</w:t>
      </w:r>
    </w:p>
    <w:p w14:paraId="62BF1BBE" w14:textId="77777777" w:rsidR="00FE452D" w:rsidRDefault="00FE452D">
      <w:pPr>
        <w:rPr>
          <w:lang w:eastAsia="ko-KR"/>
        </w:rPr>
      </w:pPr>
    </w:p>
    <w:p w14:paraId="58983DBC" w14:textId="77777777" w:rsidR="00FE452D" w:rsidRDefault="00000000">
      <w:pPr>
        <w:rPr>
          <w:lang w:eastAsia="ko-KR"/>
        </w:rPr>
      </w:pPr>
      <w:r>
        <w:rPr>
          <w:lang w:eastAsia="ko-KR"/>
        </w:rPr>
        <w:lastRenderedPageBreak/>
        <w:t>이</w:t>
      </w:r>
      <w:r>
        <w:rPr>
          <w:lang w:eastAsia="ko-KR"/>
        </w:rPr>
        <w:t xml:space="preserve"> </w:t>
      </w:r>
      <w:r>
        <w:rPr>
          <w:lang w:eastAsia="ko-KR"/>
        </w:rPr>
        <w:t>중재는</w:t>
      </w:r>
      <w:r>
        <w:rPr>
          <w:lang w:eastAsia="ko-KR"/>
        </w:rPr>
        <w:t xml:space="preserve"> </w:t>
      </w:r>
      <w:r>
        <w:rPr>
          <w:lang w:eastAsia="ko-KR"/>
        </w:rPr>
        <w:t>캘리포니아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사고</w:t>
      </w:r>
      <w:r>
        <w:rPr>
          <w:lang w:eastAsia="ko-KR"/>
        </w:rPr>
        <w:t xml:space="preserve"> </w:t>
      </w:r>
      <w:r>
        <w:rPr>
          <w:lang w:eastAsia="ko-KR"/>
        </w:rPr>
        <w:t>보상</w:t>
      </w:r>
      <w:r>
        <w:rPr>
          <w:lang w:eastAsia="ko-KR"/>
        </w:rPr>
        <w:t xml:space="preserve"> </w:t>
      </w:r>
      <w:r>
        <w:rPr>
          <w:lang w:eastAsia="ko-KR"/>
        </w:rPr>
        <w:t>개혁법</w:t>
      </w:r>
      <w:r>
        <w:rPr>
          <w:lang w:eastAsia="ko-KR"/>
        </w:rPr>
        <w:t>(MICRA)</w:t>
      </w:r>
      <w:r>
        <w:rPr>
          <w:lang w:eastAsia="ko-KR"/>
        </w:rPr>
        <w:t>을</w:t>
      </w:r>
      <w:r>
        <w:rPr>
          <w:lang w:eastAsia="ko-KR"/>
        </w:rPr>
        <w:t xml:space="preserve"> </w:t>
      </w:r>
      <w:r>
        <w:rPr>
          <w:lang w:eastAsia="ko-KR"/>
        </w:rPr>
        <w:t>따르며</w:t>
      </w:r>
      <w:r>
        <w:rPr>
          <w:lang w:eastAsia="ko-KR"/>
        </w:rPr>
        <w:t xml:space="preserve">, </w:t>
      </w:r>
      <w:r>
        <w:rPr>
          <w:lang w:eastAsia="ko-KR"/>
        </w:rPr>
        <w:t>다음</w:t>
      </w:r>
      <w:r>
        <w:rPr>
          <w:lang w:eastAsia="ko-KR"/>
        </w:rPr>
        <w:t xml:space="preserve"> </w:t>
      </w:r>
      <w:r>
        <w:rPr>
          <w:lang w:eastAsia="ko-KR"/>
        </w:rPr>
        <w:t>조항이</w:t>
      </w:r>
      <w:r>
        <w:rPr>
          <w:lang w:eastAsia="ko-KR"/>
        </w:rPr>
        <w:t xml:space="preserve"> </w:t>
      </w:r>
      <w:r>
        <w:rPr>
          <w:lang w:eastAsia="ko-KR"/>
        </w:rPr>
        <w:t>포함됩니다</w:t>
      </w:r>
      <w:r>
        <w:rPr>
          <w:lang w:eastAsia="ko-KR"/>
        </w:rPr>
        <w:t>:</w:t>
      </w:r>
    </w:p>
    <w:p w14:paraId="63853CD9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환자에게</w:t>
      </w:r>
      <w:r>
        <w:rPr>
          <w:lang w:eastAsia="ko-KR"/>
        </w:rPr>
        <w:t xml:space="preserve"> </w:t>
      </w:r>
      <w:r>
        <w:rPr>
          <w:lang w:eastAsia="ko-KR"/>
        </w:rPr>
        <w:t>지급될</w:t>
      </w:r>
      <w:r>
        <w:rPr>
          <w:lang w:eastAsia="ko-KR"/>
        </w:rPr>
        <w:t xml:space="preserve"> </w:t>
      </w:r>
      <w:r>
        <w:rPr>
          <w:lang w:eastAsia="ko-KR"/>
        </w:rPr>
        <w:t>보험금</w:t>
      </w:r>
      <w:r>
        <w:rPr>
          <w:lang w:eastAsia="ko-KR"/>
        </w:rPr>
        <w:t xml:space="preserve"> </w:t>
      </w:r>
      <w:r>
        <w:rPr>
          <w:lang w:eastAsia="ko-KR"/>
        </w:rPr>
        <w:t>증거</w:t>
      </w:r>
      <w:r>
        <w:rPr>
          <w:lang w:eastAsia="ko-KR"/>
        </w:rPr>
        <w:t xml:space="preserve"> </w:t>
      </w:r>
      <w:r>
        <w:rPr>
          <w:lang w:eastAsia="ko-KR"/>
        </w:rPr>
        <w:t>제시</w:t>
      </w:r>
      <w:r>
        <w:rPr>
          <w:lang w:eastAsia="ko-KR"/>
        </w:rPr>
        <w:t xml:space="preserve"> </w:t>
      </w:r>
      <w:r>
        <w:rPr>
          <w:lang w:eastAsia="ko-KR"/>
        </w:rPr>
        <w:t>가능</w:t>
      </w:r>
      <w:r>
        <w:rPr>
          <w:lang w:eastAsia="ko-KR"/>
        </w:rPr>
        <w:t xml:space="preserve"> (</w:t>
      </w:r>
      <w:r>
        <w:rPr>
          <w:lang w:eastAsia="ko-KR"/>
        </w:rPr>
        <w:t>민법</w:t>
      </w:r>
      <w:r>
        <w:rPr>
          <w:lang w:eastAsia="ko-KR"/>
        </w:rPr>
        <w:t xml:space="preserve"> </w:t>
      </w:r>
      <w:r>
        <w:rPr>
          <w:lang w:eastAsia="ko-KR"/>
        </w:rPr>
        <w:t>제</w:t>
      </w:r>
      <w:r>
        <w:rPr>
          <w:lang w:eastAsia="ko-KR"/>
        </w:rPr>
        <w:t>3333.1</w:t>
      </w:r>
      <w:r>
        <w:rPr>
          <w:lang w:eastAsia="ko-KR"/>
        </w:rPr>
        <w:t>조</w:t>
      </w:r>
      <w:r>
        <w:rPr>
          <w:lang w:eastAsia="ko-KR"/>
        </w:rPr>
        <w:t>)</w:t>
      </w:r>
    </w:p>
    <w:p w14:paraId="097C2BB9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비경제적</w:t>
      </w:r>
      <w:r>
        <w:rPr>
          <w:lang w:eastAsia="ko-KR"/>
        </w:rPr>
        <w:t xml:space="preserve"> </w:t>
      </w:r>
      <w:r>
        <w:rPr>
          <w:lang w:eastAsia="ko-KR"/>
        </w:rPr>
        <w:t>손해배상</w:t>
      </w:r>
      <w:r>
        <w:rPr>
          <w:lang w:eastAsia="ko-KR"/>
        </w:rPr>
        <w:t xml:space="preserve"> </w:t>
      </w:r>
      <w:r>
        <w:rPr>
          <w:lang w:eastAsia="ko-KR"/>
        </w:rPr>
        <w:t>제한</w:t>
      </w:r>
      <w:r>
        <w:rPr>
          <w:lang w:eastAsia="ko-KR"/>
        </w:rPr>
        <w:t xml:space="preserve"> (</w:t>
      </w:r>
      <w:r>
        <w:rPr>
          <w:lang w:eastAsia="ko-KR"/>
        </w:rPr>
        <w:t>민법</w:t>
      </w:r>
      <w:r>
        <w:rPr>
          <w:lang w:eastAsia="ko-KR"/>
        </w:rPr>
        <w:t xml:space="preserve"> </w:t>
      </w:r>
      <w:r>
        <w:rPr>
          <w:lang w:eastAsia="ko-KR"/>
        </w:rPr>
        <w:t>제</w:t>
      </w:r>
      <w:r>
        <w:rPr>
          <w:lang w:eastAsia="ko-KR"/>
        </w:rPr>
        <w:t>3333.2</w:t>
      </w:r>
      <w:r>
        <w:rPr>
          <w:lang w:eastAsia="ko-KR"/>
        </w:rPr>
        <w:t>조</w:t>
      </w:r>
      <w:r>
        <w:rPr>
          <w:lang w:eastAsia="ko-KR"/>
        </w:rPr>
        <w:t>)</w:t>
      </w:r>
    </w:p>
    <w:p w14:paraId="7BA61858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- </w:t>
      </w:r>
      <w:r>
        <w:rPr>
          <w:lang w:eastAsia="ko-KR"/>
        </w:rPr>
        <w:t>향후</w:t>
      </w:r>
      <w:r>
        <w:rPr>
          <w:lang w:eastAsia="ko-KR"/>
        </w:rPr>
        <w:t xml:space="preserve"> </w:t>
      </w:r>
      <w:r>
        <w:rPr>
          <w:lang w:eastAsia="ko-KR"/>
        </w:rPr>
        <w:t>손해배상에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분할</w:t>
      </w:r>
      <w:r>
        <w:rPr>
          <w:lang w:eastAsia="ko-KR"/>
        </w:rPr>
        <w:t xml:space="preserve"> </w:t>
      </w:r>
      <w:r>
        <w:rPr>
          <w:lang w:eastAsia="ko-KR"/>
        </w:rPr>
        <w:t>지급</w:t>
      </w:r>
      <w:r>
        <w:rPr>
          <w:lang w:eastAsia="ko-KR"/>
        </w:rPr>
        <w:t xml:space="preserve"> (</w:t>
      </w:r>
      <w:r>
        <w:rPr>
          <w:lang w:eastAsia="ko-KR"/>
        </w:rPr>
        <w:t>민사소송법</w:t>
      </w:r>
      <w:r>
        <w:rPr>
          <w:lang w:eastAsia="ko-KR"/>
        </w:rPr>
        <w:t xml:space="preserve"> </w:t>
      </w:r>
      <w:r>
        <w:rPr>
          <w:lang w:eastAsia="ko-KR"/>
        </w:rPr>
        <w:t>제</w:t>
      </w:r>
      <w:r>
        <w:rPr>
          <w:lang w:eastAsia="ko-KR"/>
        </w:rPr>
        <w:t>667.7</w:t>
      </w:r>
      <w:r>
        <w:rPr>
          <w:lang w:eastAsia="ko-KR"/>
        </w:rPr>
        <w:t>조</w:t>
      </w:r>
      <w:r>
        <w:rPr>
          <w:lang w:eastAsia="ko-KR"/>
        </w:rPr>
        <w:t>)</w:t>
      </w:r>
    </w:p>
    <w:p w14:paraId="70E0D3DF" w14:textId="77777777" w:rsidR="00FE452D" w:rsidRDefault="00000000">
      <w:pPr>
        <w:rPr>
          <w:lang w:eastAsia="ko-KR"/>
        </w:rPr>
      </w:pPr>
      <w:r>
        <w:rPr>
          <w:lang w:eastAsia="ko-KR"/>
        </w:rPr>
        <w:t>또한</w:t>
      </w:r>
      <w:r>
        <w:rPr>
          <w:lang w:eastAsia="ko-KR"/>
        </w:rPr>
        <w:t>, ADR Services, Inc.</w:t>
      </w:r>
      <w:r>
        <w:rPr>
          <w:lang w:eastAsia="ko-KR"/>
        </w:rPr>
        <w:t>의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규칙이</w:t>
      </w:r>
      <w:r>
        <w:rPr>
          <w:lang w:eastAsia="ko-KR"/>
        </w:rPr>
        <w:t xml:space="preserve"> </w:t>
      </w:r>
      <w:r>
        <w:rPr>
          <w:lang w:eastAsia="ko-KR"/>
        </w:rPr>
        <w:t>적용됩니다</w:t>
      </w:r>
      <w:r>
        <w:rPr>
          <w:lang w:eastAsia="ko-KR"/>
        </w:rPr>
        <w:t>. (www.adrservices.com)</w:t>
      </w:r>
    </w:p>
    <w:p w14:paraId="7C2D0027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제</w:t>
      </w:r>
      <w:r>
        <w:rPr>
          <w:lang w:eastAsia="ko-KR"/>
        </w:rPr>
        <w:t>4</w:t>
      </w:r>
      <w:r>
        <w:rPr>
          <w:lang w:eastAsia="ko-KR"/>
        </w:rPr>
        <w:t>조</w:t>
      </w:r>
      <w:r>
        <w:rPr>
          <w:lang w:eastAsia="ko-KR"/>
        </w:rPr>
        <w:t xml:space="preserve">. </w:t>
      </w:r>
      <w:r>
        <w:rPr>
          <w:lang w:eastAsia="ko-KR"/>
        </w:rPr>
        <w:t>일반</w:t>
      </w:r>
      <w:r>
        <w:rPr>
          <w:lang w:eastAsia="ko-KR"/>
        </w:rPr>
        <w:t xml:space="preserve"> </w:t>
      </w:r>
      <w:r>
        <w:rPr>
          <w:lang w:eastAsia="ko-KR"/>
        </w:rPr>
        <w:t>규정</w:t>
      </w:r>
    </w:p>
    <w:p w14:paraId="656BD8F8" w14:textId="77777777" w:rsidR="00FE452D" w:rsidRDefault="00000000">
      <w:pPr>
        <w:rPr>
          <w:lang w:eastAsia="ko-KR"/>
        </w:rPr>
      </w:pPr>
      <w:r>
        <w:rPr>
          <w:lang w:eastAsia="ko-KR"/>
        </w:rPr>
        <w:t>같은</w:t>
      </w:r>
      <w:r>
        <w:rPr>
          <w:lang w:eastAsia="ko-KR"/>
        </w:rPr>
        <w:t xml:space="preserve"> </w:t>
      </w:r>
      <w:r>
        <w:rPr>
          <w:lang w:eastAsia="ko-KR"/>
        </w:rPr>
        <w:t>사건이나</w:t>
      </w:r>
      <w:r>
        <w:rPr>
          <w:lang w:eastAsia="ko-KR"/>
        </w:rPr>
        <w:t xml:space="preserve"> </w:t>
      </w:r>
      <w:r>
        <w:rPr>
          <w:lang w:eastAsia="ko-KR"/>
        </w:rPr>
        <w:t>관련된</w:t>
      </w:r>
      <w:r>
        <w:rPr>
          <w:lang w:eastAsia="ko-KR"/>
        </w:rPr>
        <w:t xml:space="preserve"> </w:t>
      </w:r>
      <w:r>
        <w:rPr>
          <w:lang w:eastAsia="ko-KR"/>
        </w:rPr>
        <w:t>일로</w:t>
      </w:r>
      <w:r>
        <w:rPr>
          <w:lang w:eastAsia="ko-KR"/>
        </w:rPr>
        <w:t xml:space="preserve"> </w:t>
      </w:r>
      <w:r>
        <w:rPr>
          <w:lang w:eastAsia="ko-KR"/>
        </w:rPr>
        <w:t>인한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청구는</w:t>
      </w:r>
      <w:r>
        <w:rPr>
          <w:lang w:eastAsia="ko-KR"/>
        </w:rPr>
        <w:t xml:space="preserve"> </w:t>
      </w:r>
      <w:r>
        <w:rPr>
          <w:lang w:eastAsia="ko-KR"/>
        </w:rPr>
        <w:t>하나의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절차로</w:t>
      </w:r>
      <w:r>
        <w:rPr>
          <w:lang w:eastAsia="ko-KR"/>
        </w:rPr>
        <w:t xml:space="preserve"> </w:t>
      </w:r>
      <w:r>
        <w:rPr>
          <w:lang w:eastAsia="ko-KR"/>
        </w:rPr>
        <w:t>함께</w:t>
      </w:r>
      <w:r>
        <w:rPr>
          <w:lang w:eastAsia="ko-KR"/>
        </w:rPr>
        <w:t xml:space="preserve"> </w:t>
      </w:r>
      <w:r>
        <w:rPr>
          <w:lang w:eastAsia="ko-KR"/>
        </w:rPr>
        <w:t>처리되어야</w:t>
      </w:r>
      <w:r>
        <w:rPr>
          <w:lang w:eastAsia="ko-KR"/>
        </w:rPr>
        <w:t xml:space="preserve"> </w:t>
      </w:r>
      <w:r>
        <w:rPr>
          <w:lang w:eastAsia="ko-KR"/>
        </w:rPr>
        <w:t>하며</w:t>
      </w:r>
      <w:r>
        <w:rPr>
          <w:lang w:eastAsia="ko-KR"/>
        </w:rPr>
        <w:t xml:space="preserve">, </w:t>
      </w:r>
      <w:r>
        <w:rPr>
          <w:lang w:eastAsia="ko-KR"/>
        </w:rPr>
        <w:t>다음과</w:t>
      </w:r>
      <w:r>
        <w:rPr>
          <w:lang w:eastAsia="ko-KR"/>
        </w:rPr>
        <w:t xml:space="preserve"> </w:t>
      </w:r>
      <w:r>
        <w:rPr>
          <w:lang w:eastAsia="ko-KR"/>
        </w:rPr>
        <w:t>같은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 </w:t>
      </w:r>
      <w:r>
        <w:rPr>
          <w:lang w:eastAsia="ko-KR"/>
        </w:rPr>
        <w:t>청구는</w:t>
      </w:r>
      <w:r>
        <w:rPr>
          <w:lang w:eastAsia="ko-KR"/>
        </w:rPr>
        <w:t xml:space="preserve"> </w:t>
      </w:r>
      <w:r>
        <w:rPr>
          <w:lang w:eastAsia="ko-KR"/>
        </w:rPr>
        <w:t>더</w:t>
      </w:r>
      <w:r>
        <w:rPr>
          <w:lang w:eastAsia="ko-KR"/>
        </w:rPr>
        <w:t xml:space="preserve"> </w:t>
      </w:r>
      <w:r>
        <w:rPr>
          <w:lang w:eastAsia="ko-KR"/>
        </w:rPr>
        <w:t>이상</w:t>
      </w:r>
      <w:r>
        <w:rPr>
          <w:lang w:eastAsia="ko-KR"/>
        </w:rPr>
        <w:t xml:space="preserve"> </w:t>
      </w:r>
      <w:r>
        <w:rPr>
          <w:lang w:eastAsia="ko-KR"/>
        </w:rPr>
        <w:t>인정되지</w:t>
      </w:r>
      <w:r>
        <w:rPr>
          <w:lang w:eastAsia="ko-KR"/>
        </w:rPr>
        <w:t xml:space="preserve"> </w:t>
      </w:r>
      <w:r>
        <w:rPr>
          <w:lang w:eastAsia="ko-KR"/>
        </w:rPr>
        <w:t>않습니다</w:t>
      </w:r>
      <w:r>
        <w:rPr>
          <w:lang w:eastAsia="ko-KR"/>
        </w:rPr>
        <w:t>:</w:t>
      </w:r>
    </w:p>
    <w:p w14:paraId="756F8539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1. </w:t>
      </w:r>
      <w:r>
        <w:rPr>
          <w:lang w:eastAsia="ko-KR"/>
        </w:rPr>
        <w:t>청구</w:t>
      </w:r>
      <w:r>
        <w:rPr>
          <w:lang w:eastAsia="ko-KR"/>
        </w:rPr>
        <w:t xml:space="preserve"> </w:t>
      </w:r>
      <w:r>
        <w:rPr>
          <w:lang w:eastAsia="ko-KR"/>
        </w:rPr>
        <w:t>통보</w:t>
      </w:r>
      <w:r>
        <w:rPr>
          <w:lang w:eastAsia="ko-KR"/>
        </w:rPr>
        <w:t xml:space="preserve"> </w:t>
      </w:r>
      <w:r>
        <w:rPr>
          <w:lang w:eastAsia="ko-KR"/>
        </w:rPr>
        <w:t>당시</w:t>
      </w:r>
      <w:r>
        <w:rPr>
          <w:lang w:eastAsia="ko-KR"/>
        </w:rPr>
        <w:t xml:space="preserve"> </w:t>
      </w:r>
      <w:r>
        <w:rPr>
          <w:lang w:eastAsia="ko-KR"/>
        </w:rPr>
        <w:t>법적</w:t>
      </w:r>
      <w:r>
        <w:rPr>
          <w:lang w:eastAsia="ko-KR"/>
        </w:rPr>
        <w:t xml:space="preserve"> </w:t>
      </w:r>
      <w:r>
        <w:rPr>
          <w:lang w:eastAsia="ko-KR"/>
        </w:rPr>
        <w:t>시효가</w:t>
      </w:r>
      <w:r>
        <w:rPr>
          <w:lang w:eastAsia="ko-KR"/>
        </w:rPr>
        <w:t xml:space="preserve"> </w:t>
      </w:r>
      <w:r>
        <w:rPr>
          <w:lang w:eastAsia="ko-KR"/>
        </w:rPr>
        <w:t>지난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</w:p>
    <w:p w14:paraId="5256C175" w14:textId="77777777" w:rsidR="00FE452D" w:rsidRDefault="00000000">
      <w:pPr>
        <w:rPr>
          <w:lang w:eastAsia="ko-KR"/>
        </w:rPr>
      </w:pPr>
      <w:r>
        <w:rPr>
          <w:lang w:eastAsia="ko-KR"/>
        </w:rPr>
        <w:t xml:space="preserve">2. </w:t>
      </w:r>
      <w:r>
        <w:rPr>
          <w:lang w:eastAsia="ko-KR"/>
        </w:rPr>
        <w:t>합리적인</w:t>
      </w:r>
      <w:r>
        <w:rPr>
          <w:lang w:eastAsia="ko-KR"/>
        </w:rPr>
        <w:t xml:space="preserve"> </w:t>
      </w:r>
      <w:r>
        <w:rPr>
          <w:lang w:eastAsia="ko-KR"/>
        </w:rPr>
        <w:t>시간</w:t>
      </w:r>
      <w:r>
        <w:rPr>
          <w:lang w:eastAsia="ko-KR"/>
        </w:rPr>
        <w:t xml:space="preserve"> </w:t>
      </w:r>
      <w:r>
        <w:rPr>
          <w:lang w:eastAsia="ko-KR"/>
        </w:rPr>
        <w:t>내에</w:t>
      </w:r>
      <w:r>
        <w:rPr>
          <w:lang w:eastAsia="ko-KR"/>
        </w:rPr>
        <w:t xml:space="preserve"> </w:t>
      </w:r>
      <w:r>
        <w:rPr>
          <w:lang w:eastAsia="ko-KR"/>
        </w:rPr>
        <w:t>중재</w:t>
      </w:r>
      <w:r>
        <w:rPr>
          <w:lang w:eastAsia="ko-KR"/>
        </w:rPr>
        <w:t xml:space="preserve"> </w:t>
      </w:r>
      <w:r>
        <w:rPr>
          <w:lang w:eastAsia="ko-KR"/>
        </w:rPr>
        <w:t>절차를</w:t>
      </w:r>
      <w:r>
        <w:rPr>
          <w:lang w:eastAsia="ko-KR"/>
        </w:rPr>
        <w:t xml:space="preserve"> </w:t>
      </w:r>
      <w:r>
        <w:rPr>
          <w:lang w:eastAsia="ko-KR"/>
        </w:rPr>
        <w:t>진행하지</w:t>
      </w:r>
      <w:r>
        <w:rPr>
          <w:lang w:eastAsia="ko-KR"/>
        </w:rPr>
        <w:t xml:space="preserve"> </w:t>
      </w:r>
      <w:r>
        <w:rPr>
          <w:lang w:eastAsia="ko-KR"/>
        </w:rPr>
        <w:t>않은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</w:p>
    <w:p w14:paraId="6548991E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제</w:t>
      </w:r>
      <w:r>
        <w:rPr>
          <w:lang w:eastAsia="ko-KR"/>
        </w:rPr>
        <w:t>5</w:t>
      </w:r>
      <w:r>
        <w:rPr>
          <w:lang w:eastAsia="ko-KR"/>
        </w:rPr>
        <w:t>조</w:t>
      </w:r>
      <w:r>
        <w:rPr>
          <w:lang w:eastAsia="ko-KR"/>
        </w:rPr>
        <w:t xml:space="preserve">. </w:t>
      </w:r>
      <w:proofErr w:type="spellStart"/>
      <w:r>
        <w:rPr>
          <w:lang w:eastAsia="ko-KR"/>
        </w:rPr>
        <w:t>철회권</w:t>
      </w:r>
      <w:proofErr w:type="spellEnd"/>
    </w:p>
    <w:p w14:paraId="2D26F827" w14:textId="77777777" w:rsidR="00FE452D" w:rsidRDefault="00000000">
      <w:pPr>
        <w:rPr>
          <w:lang w:eastAsia="ko-KR"/>
        </w:rPr>
      </w:pP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계약은</w:t>
      </w:r>
      <w:r>
        <w:rPr>
          <w:lang w:eastAsia="ko-KR"/>
        </w:rPr>
        <w:t xml:space="preserve"> </w:t>
      </w:r>
      <w:r>
        <w:rPr>
          <w:lang w:eastAsia="ko-KR"/>
        </w:rPr>
        <w:t>서명일로부터</w:t>
      </w:r>
      <w:r>
        <w:rPr>
          <w:lang w:eastAsia="ko-KR"/>
        </w:rPr>
        <w:t xml:space="preserve"> 30</w:t>
      </w:r>
      <w:r>
        <w:rPr>
          <w:lang w:eastAsia="ko-KR"/>
        </w:rPr>
        <w:t>일</w:t>
      </w:r>
      <w:r>
        <w:rPr>
          <w:lang w:eastAsia="ko-KR"/>
        </w:rPr>
        <w:t xml:space="preserve"> </w:t>
      </w:r>
      <w:r>
        <w:rPr>
          <w:lang w:eastAsia="ko-KR"/>
        </w:rPr>
        <w:t>이내에</w:t>
      </w:r>
      <w:r>
        <w:rPr>
          <w:lang w:eastAsia="ko-KR"/>
        </w:rPr>
        <w:t xml:space="preserve"> </w:t>
      </w:r>
      <w:r>
        <w:rPr>
          <w:lang w:eastAsia="ko-KR"/>
        </w:rPr>
        <w:t>서면으로</w:t>
      </w:r>
      <w:r>
        <w:rPr>
          <w:lang w:eastAsia="ko-KR"/>
        </w:rPr>
        <w:t xml:space="preserve"> </w:t>
      </w:r>
      <w:r>
        <w:rPr>
          <w:lang w:eastAsia="ko-KR"/>
        </w:rPr>
        <w:t>철회할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있으며</w:t>
      </w:r>
      <w:r>
        <w:rPr>
          <w:lang w:eastAsia="ko-KR"/>
        </w:rPr>
        <w:t xml:space="preserve">, </w:t>
      </w:r>
      <w:r>
        <w:rPr>
          <w:lang w:eastAsia="ko-KR"/>
        </w:rPr>
        <w:t>철회하지</w:t>
      </w:r>
      <w:r>
        <w:rPr>
          <w:lang w:eastAsia="ko-KR"/>
        </w:rPr>
        <w:t xml:space="preserve"> </w:t>
      </w:r>
      <w:r>
        <w:rPr>
          <w:lang w:eastAsia="ko-KR"/>
        </w:rPr>
        <w:t>않을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서비스와</w:t>
      </w:r>
      <w:r>
        <w:rPr>
          <w:lang w:eastAsia="ko-KR"/>
        </w:rPr>
        <w:t xml:space="preserve"> </w:t>
      </w:r>
      <w:r>
        <w:rPr>
          <w:lang w:eastAsia="ko-KR"/>
        </w:rPr>
        <w:t>분쟁에</w:t>
      </w:r>
      <w:r>
        <w:rPr>
          <w:lang w:eastAsia="ko-KR"/>
        </w:rPr>
        <w:t xml:space="preserve"> </w:t>
      </w:r>
      <w:r>
        <w:rPr>
          <w:lang w:eastAsia="ko-KR"/>
        </w:rPr>
        <w:t>대해</w:t>
      </w:r>
      <w:r>
        <w:rPr>
          <w:lang w:eastAsia="ko-KR"/>
        </w:rPr>
        <w:t xml:space="preserve"> </w:t>
      </w:r>
      <w:r>
        <w:rPr>
          <w:lang w:eastAsia="ko-KR"/>
        </w:rPr>
        <w:t>계속</w:t>
      </w:r>
      <w:r>
        <w:rPr>
          <w:lang w:eastAsia="ko-KR"/>
        </w:rPr>
        <w:t xml:space="preserve"> </w:t>
      </w:r>
      <w:r>
        <w:rPr>
          <w:lang w:eastAsia="ko-KR"/>
        </w:rPr>
        <w:t>유효합니다</w:t>
      </w:r>
      <w:r>
        <w:rPr>
          <w:lang w:eastAsia="ko-KR"/>
        </w:rPr>
        <w:t>.</w:t>
      </w:r>
    </w:p>
    <w:p w14:paraId="4B0ACB5B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제</w:t>
      </w:r>
      <w:r>
        <w:rPr>
          <w:lang w:eastAsia="ko-KR"/>
        </w:rPr>
        <w:t>6</w:t>
      </w:r>
      <w:r>
        <w:rPr>
          <w:lang w:eastAsia="ko-KR"/>
        </w:rPr>
        <w:t>조</w:t>
      </w:r>
      <w:r>
        <w:rPr>
          <w:lang w:eastAsia="ko-KR"/>
        </w:rPr>
        <w:t xml:space="preserve">. </w:t>
      </w:r>
      <w:r>
        <w:rPr>
          <w:lang w:eastAsia="ko-KR"/>
        </w:rPr>
        <w:t>과거</w:t>
      </w:r>
      <w:r>
        <w:rPr>
          <w:lang w:eastAsia="ko-KR"/>
        </w:rPr>
        <w:t xml:space="preserve"> </w:t>
      </w:r>
      <w:r>
        <w:rPr>
          <w:lang w:eastAsia="ko-KR"/>
        </w:rPr>
        <w:t>진료에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소급</w:t>
      </w:r>
      <w:r>
        <w:rPr>
          <w:lang w:eastAsia="ko-KR"/>
        </w:rPr>
        <w:t xml:space="preserve"> </w:t>
      </w:r>
      <w:r>
        <w:rPr>
          <w:lang w:eastAsia="ko-KR"/>
        </w:rPr>
        <w:t>적용</w:t>
      </w:r>
    </w:p>
    <w:p w14:paraId="78283E11" w14:textId="77777777" w:rsidR="00FE452D" w:rsidRDefault="00000000">
      <w:pPr>
        <w:rPr>
          <w:lang w:eastAsia="ko-KR"/>
        </w:rPr>
      </w:pP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계약을</w:t>
      </w:r>
      <w:r>
        <w:rPr>
          <w:lang w:eastAsia="ko-KR"/>
        </w:rPr>
        <w:t xml:space="preserve"> </w:t>
      </w:r>
      <w:r>
        <w:rPr>
          <w:lang w:eastAsia="ko-KR"/>
        </w:rPr>
        <w:t>서명</w:t>
      </w:r>
      <w:r>
        <w:rPr>
          <w:lang w:eastAsia="ko-KR"/>
        </w:rPr>
        <w:t xml:space="preserve"> </w:t>
      </w:r>
      <w:r>
        <w:rPr>
          <w:lang w:eastAsia="ko-KR"/>
        </w:rPr>
        <w:t>이전의</w:t>
      </w:r>
      <w:r>
        <w:rPr>
          <w:lang w:eastAsia="ko-KR"/>
        </w:rPr>
        <w:t xml:space="preserve"> </w:t>
      </w:r>
      <w:r>
        <w:rPr>
          <w:lang w:eastAsia="ko-KR"/>
        </w:rPr>
        <w:t>치료</w:t>
      </w:r>
      <w:r>
        <w:rPr>
          <w:lang w:eastAsia="ko-KR"/>
        </w:rPr>
        <w:t>(</w:t>
      </w:r>
      <w:r>
        <w:rPr>
          <w:lang w:eastAsia="ko-KR"/>
        </w:rPr>
        <w:t>예</w:t>
      </w:r>
      <w:r>
        <w:rPr>
          <w:lang w:eastAsia="ko-KR"/>
        </w:rPr>
        <w:t xml:space="preserve">: </w:t>
      </w:r>
      <w:r>
        <w:rPr>
          <w:lang w:eastAsia="ko-KR"/>
        </w:rPr>
        <w:t>응급</w:t>
      </w:r>
      <w:r>
        <w:rPr>
          <w:lang w:eastAsia="ko-KR"/>
        </w:rPr>
        <w:t xml:space="preserve"> </w:t>
      </w:r>
      <w:r>
        <w:rPr>
          <w:lang w:eastAsia="ko-KR"/>
        </w:rPr>
        <w:t>치료</w:t>
      </w:r>
      <w:r>
        <w:rPr>
          <w:lang w:eastAsia="ko-KR"/>
        </w:rPr>
        <w:t>)</w:t>
      </w:r>
      <w:r>
        <w:rPr>
          <w:lang w:eastAsia="ko-KR"/>
        </w:rPr>
        <w:t>까지</w:t>
      </w:r>
      <w:r>
        <w:rPr>
          <w:lang w:eastAsia="ko-KR"/>
        </w:rPr>
        <w:t xml:space="preserve"> </w:t>
      </w:r>
      <w:r>
        <w:rPr>
          <w:lang w:eastAsia="ko-KR"/>
        </w:rPr>
        <w:t>포함하기</w:t>
      </w:r>
      <w:r>
        <w:rPr>
          <w:lang w:eastAsia="ko-KR"/>
        </w:rPr>
        <w:t xml:space="preserve"> </w:t>
      </w:r>
      <w:r>
        <w:rPr>
          <w:lang w:eastAsia="ko-KR"/>
        </w:rPr>
        <w:t>원할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, </w:t>
      </w:r>
      <w:r>
        <w:rPr>
          <w:lang w:eastAsia="ko-KR"/>
        </w:rPr>
        <w:t>아래에</w:t>
      </w:r>
      <w:r>
        <w:rPr>
          <w:lang w:eastAsia="ko-KR"/>
        </w:rPr>
        <w:t xml:space="preserve"> </w:t>
      </w:r>
      <w:r>
        <w:rPr>
          <w:lang w:eastAsia="ko-KR"/>
        </w:rPr>
        <w:t>이니셜을</w:t>
      </w:r>
      <w:r>
        <w:rPr>
          <w:lang w:eastAsia="ko-KR"/>
        </w:rPr>
        <w:t xml:space="preserve"> </w:t>
      </w:r>
      <w:r>
        <w:rPr>
          <w:lang w:eastAsia="ko-KR"/>
        </w:rPr>
        <w:t>기입해</w:t>
      </w:r>
      <w:r>
        <w:rPr>
          <w:lang w:eastAsia="ko-KR"/>
        </w:rPr>
        <w:t xml:space="preserve"> </w:t>
      </w:r>
      <w:r>
        <w:rPr>
          <w:lang w:eastAsia="ko-KR"/>
        </w:rPr>
        <w:t>주세요</w:t>
      </w:r>
      <w:r>
        <w:rPr>
          <w:lang w:eastAsia="ko-KR"/>
        </w:rPr>
        <w:t>.</w:t>
      </w:r>
    </w:p>
    <w:p w14:paraId="3AE2147A" w14:textId="77777777" w:rsidR="00FE452D" w:rsidRDefault="00FE452D">
      <w:pPr>
        <w:rPr>
          <w:lang w:eastAsia="ko-KR"/>
        </w:rPr>
      </w:pPr>
    </w:p>
    <w:p w14:paraId="0E38615E" w14:textId="77777777" w:rsidR="00FE452D" w:rsidRDefault="00000000">
      <w:pPr>
        <w:rPr>
          <w:lang w:eastAsia="ko-KR"/>
        </w:rPr>
      </w:pPr>
      <w:r>
        <w:rPr>
          <w:lang w:eastAsia="ko-KR"/>
        </w:rPr>
        <w:t>이니셜</w:t>
      </w:r>
      <w:r>
        <w:rPr>
          <w:lang w:eastAsia="ko-KR"/>
        </w:rPr>
        <w:t>: ______</w:t>
      </w:r>
      <w:proofErr w:type="gramStart"/>
      <w:r>
        <w:rPr>
          <w:lang w:eastAsia="ko-KR"/>
        </w:rPr>
        <w:t xml:space="preserve">_  </w:t>
      </w:r>
      <w:r>
        <w:rPr>
          <w:lang w:eastAsia="ko-KR"/>
        </w:rPr>
        <w:t>적용</w:t>
      </w:r>
      <w:proofErr w:type="gramEnd"/>
      <w:r>
        <w:rPr>
          <w:lang w:eastAsia="ko-KR"/>
        </w:rPr>
        <w:t xml:space="preserve"> </w:t>
      </w:r>
      <w:r>
        <w:rPr>
          <w:lang w:eastAsia="ko-KR"/>
        </w:rPr>
        <w:t>시작일</w:t>
      </w:r>
      <w:r>
        <w:rPr>
          <w:lang w:eastAsia="ko-KR"/>
        </w:rPr>
        <w:t xml:space="preserve">: </w:t>
      </w:r>
      <w:r>
        <w:rPr>
          <w:lang w:eastAsia="ko-KR"/>
        </w:rPr>
        <w:t>최초</w:t>
      </w:r>
      <w:r>
        <w:rPr>
          <w:lang w:eastAsia="ko-KR"/>
        </w:rPr>
        <w:t xml:space="preserve"> </w:t>
      </w:r>
      <w:r>
        <w:rPr>
          <w:lang w:eastAsia="ko-KR"/>
        </w:rPr>
        <w:t>진료일로</w:t>
      </w:r>
      <w:r>
        <w:rPr>
          <w:lang w:eastAsia="ko-KR"/>
        </w:rPr>
        <w:t xml:space="preserve"> </w:t>
      </w:r>
      <w:r>
        <w:rPr>
          <w:lang w:eastAsia="ko-KR"/>
        </w:rPr>
        <w:t>소급</w:t>
      </w:r>
      <w:r>
        <w:rPr>
          <w:lang w:eastAsia="ko-KR"/>
        </w:rPr>
        <w:t xml:space="preserve"> </w:t>
      </w:r>
      <w:r>
        <w:rPr>
          <w:lang w:eastAsia="ko-KR"/>
        </w:rPr>
        <w:t>적용됨</w:t>
      </w:r>
    </w:p>
    <w:p w14:paraId="23FC0CD8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t>중요</w:t>
      </w:r>
      <w:r>
        <w:rPr>
          <w:lang w:eastAsia="ko-KR"/>
        </w:rPr>
        <w:t xml:space="preserve"> </w:t>
      </w:r>
      <w:r>
        <w:rPr>
          <w:lang w:eastAsia="ko-KR"/>
        </w:rPr>
        <w:t>고지</w:t>
      </w:r>
    </w:p>
    <w:p w14:paraId="17858F11" w14:textId="77777777" w:rsidR="00FE452D" w:rsidRDefault="00000000">
      <w:pPr>
        <w:rPr>
          <w:lang w:eastAsia="ko-KR"/>
        </w:rPr>
      </w:pP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계약에</w:t>
      </w:r>
      <w:r>
        <w:rPr>
          <w:lang w:eastAsia="ko-KR"/>
        </w:rPr>
        <w:t xml:space="preserve"> </w:t>
      </w:r>
      <w:r>
        <w:rPr>
          <w:lang w:eastAsia="ko-KR"/>
        </w:rPr>
        <w:t>서명함으로써</w:t>
      </w:r>
      <w:r>
        <w:rPr>
          <w:lang w:eastAsia="ko-KR"/>
        </w:rPr>
        <w:t xml:space="preserve">, </w:t>
      </w:r>
      <w:r>
        <w:rPr>
          <w:lang w:eastAsia="ko-KR"/>
        </w:rPr>
        <w:t>귀하는</w:t>
      </w:r>
      <w:r>
        <w:rPr>
          <w:lang w:eastAsia="ko-KR"/>
        </w:rPr>
        <w:t xml:space="preserve"> </w:t>
      </w:r>
      <w:r>
        <w:rPr>
          <w:lang w:eastAsia="ko-KR"/>
        </w:rPr>
        <w:t>의료</w:t>
      </w:r>
      <w:r>
        <w:rPr>
          <w:lang w:eastAsia="ko-KR"/>
        </w:rPr>
        <w:t xml:space="preserve"> </w:t>
      </w:r>
      <w:r>
        <w:rPr>
          <w:lang w:eastAsia="ko-KR"/>
        </w:rPr>
        <w:t>과실에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문제를</w:t>
      </w:r>
      <w:r>
        <w:rPr>
          <w:lang w:eastAsia="ko-KR"/>
        </w:rPr>
        <w:t xml:space="preserve"> </w:t>
      </w:r>
      <w:r>
        <w:rPr>
          <w:lang w:eastAsia="ko-KR"/>
        </w:rPr>
        <w:t>배심원</w:t>
      </w:r>
      <w:r>
        <w:rPr>
          <w:lang w:eastAsia="ko-KR"/>
        </w:rPr>
        <w:t xml:space="preserve"> </w:t>
      </w:r>
      <w:r>
        <w:rPr>
          <w:lang w:eastAsia="ko-KR"/>
        </w:rPr>
        <w:t>재판이</w:t>
      </w:r>
      <w:r>
        <w:rPr>
          <w:lang w:eastAsia="ko-KR"/>
        </w:rPr>
        <w:t xml:space="preserve"> </w:t>
      </w:r>
      <w:r>
        <w:rPr>
          <w:lang w:eastAsia="ko-KR"/>
        </w:rPr>
        <w:t>아닌</w:t>
      </w:r>
      <w:r>
        <w:rPr>
          <w:lang w:eastAsia="ko-KR"/>
        </w:rPr>
        <w:t xml:space="preserve"> </w:t>
      </w:r>
      <w:r>
        <w:rPr>
          <w:lang w:eastAsia="ko-KR"/>
        </w:rPr>
        <w:t>중립적인</w:t>
      </w:r>
      <w:r>
        <w:rPr>
          <w:lang w:eastAsia="ko-KR"/>
        </w:rPr>
        <w:t xml:space="preserve"> </w:t>
      </w:r>
      <w:r>
        <w:rPr>
          <w:lang w:eastAsia="ko-KR"/>
        </w:rPr>
        <w:t>중재로</w:t>
      </w:r>
      <w:r>
        <w:rPr>
          <w:lang w:eastAsia="ko-KR"/>
        </w:rPr>
        <w:t xml:space="preserve"> </w:t>
      </w:r>
      <w:r>
        <w:rPr>
          <w:lang w:eastAsia="ko-KR"/>
        </w:rPr>
        <w:t>해결하는</w:t>
      </w:r>
      <w:r>
        <w:rPr>
          <w:lang w:eastAsia="ko-KR"/>
        </w:rPr>
        <w:t xml:space="preserve"> </w:t>
      </w:r>
      <w:r>
        <w:rPr>
          <w:lang w:eastAsia="ko-KR"/>
        </w:rPr>
        <w:t>데</w:t>
      </w:r>
      <w:r>
        <w:rPr>
          <w:lang w:eastAsia="ko-KR"/>
        </w:rPr>
        <w:t xml:space="preserve"> </w:t>
      </w:r>
      <w:r>
        <w:rPr>
          <w:lang w:eastAsia="ko-KR"/>
        </w:rPr>
        <w:t>동의하며</w:t>
      </w:r>
      <w:r>
        <w:rPr>
          <w:lang w:eastAsia="ko-KR"/>
        </w:rPr>
        <w:t xml:space="preserve">, </w:t>
      </w:r>
      <w:r>
        <w:rPr>
          <w:lang w:eastAsia="ko-KR"/>
        </w:rPr>
        <w:t>법적</w:t>
      </w:r>
      <w:r>
        <w:rPr>
          <w:lang w:eastAsia="ko-KR"/>
        </w:rPr>
        <w:t xml:space="preserve"> </w:t>
      </w:r>
      <w:r>
        <w:rPr>
          <w:lang w:eastAsia="ko-KR"/>
        </w:rPr>
        <w:t>재판을</w:t>
      </w:r>
      <w:r>
        <w:rPr>
          <w:lang w:eastAsia="ko-KR"/>
        </w:rPr>
        <w:t xml:space="preserve"> </w:t>
      </w:r>
      <w:r>
        <w:rPr>
          <w:lang w:eastAsia="ko-KR"/>
        </w:rPr>
        <w:t>받을</w:t>
      </w:r>
      <w:r>
        <w:rPr>
          <w:lang w:eastAsia="ko-KR"/>
        </w:rPr>
        <w:t xml:space="preserve"> </w:t>
      </w:r>
      <w:r>
        <w:rPr>
          <w:lang w:eastAsia="ko-KR"/>
        </w:rPr>
        <w:t>권리를</w:t>
      </w:r>
      <w:r>
        <w:rPr>
          <w:lang w:eastAsia="ko-KR"/>
        </w:rPr>
        <w:t xml:space="preserve"> </w:t>
      </w:r>
      <w:r>
        <w:rPr>
          <w:lang w:eastAsia="ko-KR"/>
        </w:rPr>
        <w:t>포기하게</w:t>
      </w:r>
      <w:r>
        <w:rPr>
          <w:lang w:eastAsia="ko-KR"/>
        </w:rPr>
        <w:t xml:space="preserve"> </w:t>
      </w:r>
      <w:r>
        <w:rPr>
          <w:lang w:eastAsia="ko-KR"/>
        </w:rPr>
        <w:t>됩니다</w:t>
      </w:r>
      <w:r>
        <w:rPr>
          <w:lang w:eastAsia="ko-KR"/>
        </w:rPr>
        <w:t>. (</w:t>
      </w:r>
      <w:r>
        <w:rPr>
          <w:lang w:eastAsia="ko-KR"/>
        </w:rPr>
        <w:t>자세한</w:t>
      </w:r>
      <w:r>
        <w:rPr>
          <w:lang w:eastAsia="ko-KR"/>
        </w:rPr>
        <w:t xml:space="preserve"> </w:t>
      </w:r>
      <w:r>
        <w:rPr>
          <w:lang w:eastAsia="ko-KR"/>
        </w:rPr>
        <w:t>내용은</w:t>
      </w:r>
      <w:r>
        <w:rPr>
          <w:lang w:eastAsia="ko-KR"/>
        </w:rPr>
        <w:t xml:space="preserve"> </w:t>
      </w:r>
      <w:r>
        <w:rPr>
          <w:lang w:eastAsia="ko-KR"/>
        </w:rPr>
        <w:t>제</w:t>
      </w:r>
      <w:r>
        <w:rPr>
          <w:lang w:eastAsia="ko-KR"/>
        </w:rPr>
        <w:t>1</w:t>
      </w:r>
      <w:r>
        <w:rPr>
          <w:lang w:eastAsia="ko-KR"/>
        </w:rPr>
        <w:t>조</w:t>
      </w:r>
      <w:r>
        <w:rPr>
          <w:lang w:eastAsia="ko-KR"/>
        </w:rPr>
        <w:t xml:space="preserve"> </w:t>
      </w:r>
      <w:r>
        <w:rPr>
          <w:lang w:eastAsia="ko-KR"/>
        </w:rPr>
        <w:t>참조</w:t>
      </w:r>
      <w:r>
        <w:rPr>
          <w:lang w:eastAsia="ko-KR"/>
        </w:rPr>
        <w:t>)</w:t>
      </w:r>
    </w:p>
    <w:p w14:paraId="79CE356C" w14:textId="77777777" w:rsidR="00FE452D" w:rsidRDefault="00000000">
      <w:pPr>
        <w:pStyle w:val="21"/>
        <w:rPr>
          <w:lang w:eastAsia="ko-KR"/>
        </w:rPr>
      </w:pPr>
      <w:r>
        <w:rPr>
          <w:lang w:eastAsia="ko-KR"/>
        </w:rPr>
        <w:lastRenderedPageBreak/>
        <w:t>서명란</w:t>
      </w:r>
    </w:p>
    <w:p w14:paraId="76E45D8D" w14:textId="77777777" w:rsidR="00FE452D" w:rsidRDefault="00000000">
      <w:pPr>
        <w:rPr>
          <w:lang w:eastAsia="ko-KR"/>
        </w:rPr>
      </w:pPr>
      <w:r>
        <w:rPr>
          <w:lang w:eastAsia="ko-KR"/>
        </w:rPr>
        <w:t>환자</w:t>
      </w:r>
      <w:r>
        <w:rPr>
          <w:lang w:eastAsia="ko-KR"/>
        </w:rPr>
        <w:t xml:space="preserve"> </w:t>
      </w:r>
      <w:r>
        <w:rPr>
          <w:lang w:eastAsia="ko-KR"/>
        </w:rPr>
        <w:t>이름</w:t>
      </w:r>
      <w:r>
        <w:rPr>
          <w:lang w:eastAsia="ko-KR"/>
        </w:rPr>
        <w:t>(</w:t>
      </w:r>
      <w:r>
        <w:rPr>
          <w:lang w:eastAsia="ko-KR"/>
        </w:rPr>
        <w:t>인쇄</w:t>
      </w:r>
      <w:r>
        <w:rPr>
          <w:lang w:eastAsia="ko-KR"/>
        </w:rPr>
        <w:t>): _________________________</w:t>
      </w:r>
    </w:p>
    <w:p w14:paraId="31E5EB07" w14:textId="77777777" w:rsidR="00FE452D" w:rsidRDefault="00000000">
      <w:pPr>
        <w:rPr>
          <w:lang w:eastAsia="ko-KR"/>
        </w:rPr>
      </w:pPr>
      <w:r>
        <w:rPr>
          <w:lang w:eastAsia="ko-KR"/>
        </w:rPr>
        <w:t>환자</w:t>
      </w:r>
      <w:r>
        <w:rPr>
          <w:lang w:eastAsia="ko-KR"/>
        </w:rPr>
        <w:t xml:space="preserve"> </w:t>
      </w:r>
      <w:r>
        <w:rPr>
          <w:lang w:eastAsia="ko-KR"/>
        </w:rPr>
        <w:t>서명</w:t>
      </w:r>
      <w:r>
        <w:rPr>
          <w:lang w:eastAsia="ko-KR"/>
        </w:rPr>
        <w:t>: ________________________</w:t>
      </w:r>
      <w:proofErr w:type="gramStart"/>
      <w:r>
        <w:rPr>
          <w:lang w:eastAsia="ko-KR"/>
        </w:rPr>
        <w:t xml:space="preserve">_  </w:t>
      </w:r>
      <w:r>
        <w:rPr>
          <w:lang w:eastAsia="ko-KR"/>
        </w:rPr>
        <w:t>날짜</w:t>
      </w:r>
      <w:proofErr w:type="gramEnd"/>
      <w:r>
        <w:rPr>
          <w:lang w:eastAsia="ko-KR"/>
        </w:rPr>
        <w:t>: ________________</w:t>
      </w:r>
    </w:p>
    <w:p w14:paraId="5C76284F" w14:textId="77777777" w:rsidR="00FE452D" w:rsidRDefault="00FE452D">
      <w:pPr>
        <w:rPr>
          <w:lang w:eastAsia="ko-KR"/>
        </w:rPr>
      </w:pPr>
    </w:p>
    <w:p w14:paraId="3BF54474" w14:textId="77777777" w:rsidR="00FE452D" w:rsidRDefault="00000000">
      <w:pPr>
        <w:rPr>
          <w:lang w:eastAsia="ko-KR"/>
        </w:rPr>
      </w:pPr>
      <w:r>
        <w:rPr>
          <w:lang w:eastAsia="ko-KR"/>
        </w:rPr>
        <w:t>보호자</w:t>
      </w:r>
      <w:r>
        <w:rPr>
          <w:lang w:eastAsia="ko-KR"/>
        </w:rPr>
        <w:t>/</w:t>
      </w:r>
      <w:r>
        <w:rPr>
          <w:lang w:eastAsia="ko-KR"/>
        </w:rPr>
        <w:t>부모</w:t>
      </w:r>
      <w:r>
        <w:rPr>
          <w:lang w:eastAsia="ko-KR"/>
        </w:rPr>
        <w:t xml:space="preserve"> </w:t>
      </w:r>
      <w:r>
        <w:rPr>
          <w:lang w:eastAsia="ko-KR"/>
        </w:rPr>
        <w:t>이름</w:t>
      </w:r>
      <w:r>
        <w:rPr>
          <w:lang w:eastAsia="ko-KR"/>
        </w:rPr>
        <w:t>(</w:t>
      </w:r>
      <w:r>
        <w:rPr>
          <w:lang w:eastAsia="ko-KR"/>
        </w:rPr>
        <w:t>인쇄</w:t>
      </w:r>
      <w:r>
        <w:rPr>
          <w:lang w:eastAsia="ko-KR"/>
        </w:rPr>
        <w:t>): _________________________</w:t>
      </w:r>
    </w:p>
    <w:p w14:paraId="4B4FE33E" w14:textId="77777777" w:rsidR="00FE452D" w:rsidRDefault="00000000">
      <w:pPr>
        <w:rPr>
          <w:lang w:eastAsia="ko-KR"/>
        </w:rPr>
      </w:pPr>
      <w:r>
        <w:rPr>
          <w:lang w:eastAsia="ko-KR"/>
        </w:rPr>
        <w:t>보호자</w:t>
      </w:r>
      <w:r>
        <w:rPr>
          <w:lang w:eastAsia="ko-KR"/>
        </w:rPr>
        <w:t xml:space="preserve"> </w:t>
      </w:r>
      <w:r>
        <w:rPr>
          <w:lang w:eastAsia="ko-KR"/>
        </w:rPr>
        <w:t>서명</w:t>
      </w:r>
      <w:r>
        <w:rPr>
          <w:lang w:eastAsia="ko-KR"/>
        </w:rPr>
        <w:t>: ________________________</w:t>
      </w:r>
      <w:proofErr w:type="gramStart"/>
      <w:r>
        <w:rPr>
          <w:lang w:eastAsia="ko-KR"/>
        </w:rPr>
        <w:t xml:space="preserve">_  </w:t>
      </w:r>
      <w:r>
        <w:rPr>
          <w:lang w:eastAsia="ko-KR"/>
        </w:rPr>
        <w:t>날짜</w:t>
      </w:r>
      <w:proofErr w:type="gramEnd"/>
      <w:r>
        <w:rPr>
          <w:lang w:eastAsia="ko-KR"/>
        </w:rPr>
        <w:t>: ________________</w:t>
      </w:r>
    </w:p>
    <w:p w14:paraId="52CD97D7" w14:textId="77777777" w:rsidR="00FE452D" w:rsidRDefault="00FE452D">
      <w:pPr>
        <w:rPr>
          <w:lang w:eastAsia="ko-KR"/>
        </w:rPr>
      </w:pPr>
    </w:p>
    <w:p w14:paraId="3446F689" w14:textId="77777777" w:rsidR="00FE452D" w:rsidRDefault="00000000">
      <w:pPr>
        <w:rPr>
          <w:lang w:eastAsia="ko-KR"/>
        </w:rPr>
      </w:pPr>
      <w:r>
        <w:rPr>
          <w:lang w:eastAsia="ko-KR"/>
        </w:rPr>
        <w:t>의료기관명</w:t>
      </w:r>
      <w:r>
        <w:rPr>
          <w:lang w:eastAsia="ko-KR"/>
        </w:rPr>
        <w:t>: _________________________</w:t>
      </w:r>
    </w:p>
    <w:p w14:paraId="216CC109" w14:textId="77777777" w:rsidR="00FE452D" w:rsidRDefault="00000000">
      <w:pPr>
        <w:rPr>
          <w:lang w:eastAsia="ko-KR"/>
        </w:rPr>
      </w:pPr>
      <w:r>
        <w:rPr>
          <w:lang w:eastAsia="ko-KR"/>
        </w:rPr>
        <w:t>의료기관</w:t>
      </w:r>
      <w:r>
        <w:rPr>
          <w:lang w:eastAsia="ko-KR"/>
        </w:rPr>
        <w:t xml:space="preserve"> </w:t>
      </w:r>
      <w:r>
        <w:rPr>
          <w:lang w:eastAsia="ko-KR"/>
        </w:rPr>
        <w:t>서명</w:t>
      </w:r>
      <w:r>
        <w:rPr>
          <w:lang w:eastAsia="ko-KR"/>
        </w:rPr>
        <w:t>: ________________________</w:t>
      </w:r>
      <w:proofErr w:type="gramStart"/>
      <w:r>
        <w:rPr>
          <w:lang w:eastAsia="ko-KR"/>
        </w:rPr>
        <w:t xml:space="preserve">_  </w:t>
      </w:r>
      <w:r>
        <w:rPr>
          <w:lang w:eastAsia="ko-KR"/>
        </w:rPr>
        <w:t>날짜</w:t>
      </w:r>
      <w:proofErr w:type="gramEnd"/>
      <w:r>
        <w:rPr>
          <w:lang w:eastAsia="ko-KR"/>
        </w:rPr>
        <w:t>: ________________</w:t>
      </w:r>
    </w:p>
    <w:p w14:paraId="643632E2" w14:textId="77777777" w:rsidR="00FE452D" w:rsidRDefault="00FE452D">
      <w:pPr>
        <w:rPr>
          <w:lang w:eastAsia="ko-KR"/>
        </w:rPr>
      </w:pPr>
    </w:p>
    <w:p w14:paraId="0E4B0649" w14:textId="77777777" w:rsidR="00FE452D" w:rsidRDefault="00000000">
      <w:proofErr w:type="spellStart"/>
      <w:r>
        <w:t>추가로</w:t>
      </w:r>
      <w:proofErr w:type="spellEnd"/>
      <w:r>
        <w:t xml:space="preserve">, </w:t>
      </w:r>
      <w:proofErr w:type="spellStart"/>
      <w:proofErr w:type="gramStart"/>
      <w:r>
        <w:t>사전동의서</w:t>
      </w:r>
      <w:proofErr w:type="spellEnd"/>
      <w:r>
        <w:t>(</w:t>
      </w:r>
      <w:proofErr w:type="gramEnd"/>
      <w:r>
        <w:t xml:space="preserve">Informed </w:t>
      </w:r>
      <w:proofErr w:type="gramStart"/>
      <w:r>
        <w:t>Consent)</w:t>
      </w:r>
      <w:proofErr w:type="spellStart"/>
      <w:r>
        <w:t>에도</w:t>
      </w:r>
      <w:proofErr w:type="spellEnd"/>
      <w:proofErr w:type="gramEnd"/>
      <w:r>
        <w:t xml:space="preserve"> </w:t>
      </w:r>
      <w:proofErr w:type="spellStart"/>
      <w:r>
        <w:t>서명해</w:t>
      </w:r>
      <w:proofErr w:type="spellEnd"/>
      <w:r>
        <w:t xml:space="preserve"> </w:t>
      </w:r>
      <w:r>
        <w:t>주세요</w:t>
      </w:r>
      <w:r>
        <w:t>.</w:t>
      </w:r>
    </w:p>
    <w:sectPr w:rsidR="00FE452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104D06" w14:textId="77777777" w:rsidR="00637A82" w:rsidRDefault="00637A82" w:rsidP="00BA7362">
      <w:pPr>
        <w:spacing w:after="0" w:line="240" w:lineRule="auto"/>
      </w:pPr>
      <w:r>
        <w:separator/>
      </w:r>
    </w:p>
  </w:endnote>
  <w:endnote w:type="continuationSeparator" w:id="0">
    <w:p w14:paraId="07F594B8" w14:textId="77777777" w:rsidR="00637A82" w:rsidRDefault="00637A82" w:rsidP="00BA7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44ABD" w14:textId="77777777" w:rsidR="00637A82" w:rsidRDefault="00637A82" w:rsidP="00BA7362">
      <w:pPr>
        <w:spacing w:after="0" w:line="240" w:lineRule="auto"/>
      </w:pPr>
      <w:r>
        <w:separator/>
      </w:r>
    </w:p>
  </w:footnote>
  <w:footnote w:type="continuationSeparator" w:id="0">
    <w:p w14:paraId="7E2F3958" w14:textId="77777777" w:rsidR="00637A82" w:rsidRDefault="00637A82" w:rsidP="00BA73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78671442">
    <w:abstractNumId w:val="8"/>
  </w:num>
  <w:num w:numId="2" w16cid:durableId="696154069">
    <w:abstractNumId w:val="6"/>
  </w:num>
  <w:num w:numId="3" w16cid:durableId="369885742">
    <w:abstractNumId w:val="5"/>
  </w:num>
  <w:num w:numId="4" w16cid:durableId="1132870372">
    <w:abstractNumId w:val="4"/>
  </w:num>
  <w:num w:numId="5" w16cid:durableId="290331330">
    <w:abstractNumId w:val="7"/>
  </w:num>
  <w:num w:numId="6" w16cid:durableId="2083093200">
    <w:abstractNumId w:val="3"/>
  </w:num>
  <w:num w:numId="7" w16cid:durableId="1965192563">
    <w:abstractNumId w:val="2"/>
  </w:num>
  <w:num w:numId="8" w16cid:durableId="2060277578">
    <w:abstractNumId w:val="1"/>
  </w:num>
  <w:num w:numId="9" w16cid:durableId="1747989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637A82"/>
    <w:rsid w:val="009D6500"/>
    <w:rsid w:val="00AA1D8D"/>
    <w:rsid w:val="00B47730"/>
    <w:rsid w:val="00BA7362"/>
    <w:rsid w:val="00CB0664"/>
    <w:rsid w:val="00FC693F"/>
    <w:rsid w:val="00FE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6B5486"/>
  <w14:defaultImageDpi w14:val="300"/>
  <w15:docId w15:val="{05A7A391-5107-449B-B23F-4E3B74D56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Angie Kwak</cp:lastModifiedBy>
  <cp:revision>2</cp:revision>
  <dcterms:created xsi:type="dcterms:W3CDTF">2025-08-04T17:49:00Z</dcterms:created>
  <dcterms:modified xsi:type="dcterms:W3CDTF">2025-08-04T17:49:00Z</dcterms:modified>
  <cp:category/>
</cp:coreProperties>
</file>