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C3970" w14:textId="77777777" w:rsidR="0053298C" w:rsidRDefault="00000000">
      <w:pPr>
        <w:pStyle w:val="1"/>
      </w:pPr>
      <w:r>
        <w:t>침술</w:t>
      </w:r>
      <w:r>
        <w:t xml:space="preserve"> </w:t>
      </w:r>
      <w:r>
        <w:t>시술</w:t>
      </w:r>
      <w:r>
        <w:t xml:space="preserve"> </w:t>
      </w:r>
      <w:r>
        <w:t>동의서</w:t>
      </w:r>
      <w:r>
        <w:t xml:space="preserve"> (Acupuncture Informed Consent)</w:t>
      </w:r>
    </w:p>
    <w:p w14:paraId="57E44757" w14:textId="77777777" w:rsidR="0053298C" w:rsidRDefault="00000000">
      <w:pPr>
        <w:pStyle w:val="21"/>
      </w:pPr>
      <w:r>
        <w:t>환자의</w:t>
      </w:r>
      <w:r>
        <w:t xml:space="preserve"> </w:t>
      </w:r>
      <w:r>
        <w:t>치료에</w:t>
      </w:r>
      <w:r>
        <w:t xml:space="preserve"> </w:t>
      </w:r>
      <w:r>
        <w:t>대한</w:t>
      </w:r>
      <w:r>
        <w:t xml:space="preserve"> </w:t>
      </w:r>
      <w:r>
        <w:t>동의</w:t>
      </w:r>
    </w:p>
    <w:p w14:paraId="6B91C3A6" w14:textId="77777777" w:rsidR="0053298C" w:rsidRDefault="00000000">
      <w:r>
        <w:t>본인은</w:t>
      </w:r>
      <w:r>
        <w:t xml:space="preserve"> </w:t>
      </w:r>
      <w:r>
        <w:t>건강</w:t>
      </w:r>
      <w:r>
        <w:t xml:space="preserve"> </w:t>
      </w:r>
      <w:r>
        <w:t>관리에</w:t>
      </w:r>
      <w:r>
        <w:t xml:space="preserve"> </w:t>
      </w:r>
      <w:r>
        <w:t>대한</w:t>
      </w:r>
      <w:r>
        <w:t xml:space="preserve"> </w:t>
      </w:r>
      <w:r>
        <w:t>최종</w:t>
      </w:r>
      <w:r>
        <w:t xml:space="preserve"> </w:t>
      </w:r>
      <w:r>
        <w:t>결정권자가</w:t>
      </w:r>
      <w:r>
        <w:t xml:space="preserve"> </w:t>
      </w:r>
      <w:r>
        <w:t>본인임을</w:t>
      </w:r>
      <w:r>
        <w:t xml:space="preserve"> </w:t>
      </w:r>
      <w:r>
        <w:t>이해합니다</w:t>
      </w:r>
      <w:r>
        <w:t xml:space="preserve">. </w:t>
      </w:r>
      <w:r>
        <w:t>이</w:t>
      </w:r>
      <w:r>
        <w:t xml:space="preserve"> </w:t>
      </w:r>
      <w:r>
        <w:t>한의원의</w:t>
      </w:r>
      <w:r>
        <w:t xml:space="preserve"> </w:t>
      </w:r>
      <w:r>
        <w:t>역할은</w:t>
      </w:r>
      <w:r>
        <w:t xml:space="preserve"> </w:t>
      </w:r>
      <w:r>
        <w:t>본인이</w:t>
      </w:r>
      <w:r>
        <w:t xml:space="preserve"> </w:t>
      </w:r>
      <w:r>
        <w:t>정보를</w:t>
      </w:r>
      <w:r>
        <w:t xml:space="preserve"> </w:t>
      </w:r>
      <w:r>
        <w:t>충분히</w:t>
      </w:r>
      <w:r>
        <w:t xml:space="preserve"> </w:t>
      </w:r>
      <w:r>
        <w:t>제공받아</w:t>
      </w:r>
      <w:r>
        <w:t xml:space="preserve"> </w:t>
      </w:r>
      <w:r>
        <w:t>올바른</w:t>
      </w:r>
      <w:r>
        <w:t xml:space="preserve"> </w:t>
      </w:r>
      <w:r>
        <w:t>선택을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돕는</w:t>
      </w:r>
      <w:r>
        <w:t xml:space="preserve"> </w:t>
      </w:r>
      <w:r>
        <w:t>것입니다</w:t>
      </w:r>
      <w:r>
        <w:t xml:space="preserve">. </w:t>
      </w:r>
      <w:r>
        <w:t>이러한</w:t>
      </w:r>
      <w:r>
        <w:t xml:space="preserve"> </w:t>
      </w:r>
      <w:r>
        <w:t>과정은</w:t>
      </w:r>
      <w:r>
        <w:t xml:space="preserve"> '</w:t>
      </w:r>
      <w:r>
        <w:t>사전</w:t>
      </w:r>
      <w:r>
        <w:t xml:space="preserve"> </w:t>
      </w:r>
      <w:r>
        <w:t>동의</w:t>
      </w:r>
      <w:r>
        <w:t>(Informed Consent)'</w:t>
      </w:r>
      <w:r>
        <w:t>라</w:t>
      </w:r>
      <w:r>
        <w:t xml:space="preserve"> </w:t>
      </w:r>
      <w:r>
        <w:t>하며</w:t>
      </w:r>
      <w:r>
        <w:t xml:space="preserve">, </w:t>
      </w:r>
      <w:r>
        <w:t>제안된</w:t>
      </w:r>
      <w:r>
        <w:t xml:space="preserve"> </w:t>
      </w:r>
      <w:r>
        <w:t>치료에</w:t>
      </w:r>
      <w:r>
        <w:t xml:space="preserve"> </w:t>
      </w:r>
      <w:r>
        <w:t>대한</w:t>
      </w:r>
      <w:r>
        <w:t xml:space="preserve"> </w:t>
      </w:r>
      <w:r>
        <w:t>이해와</w:t>
      </w:r>
      <w:r>
        <w:t xml:space="preserve"> </w:t>
      </w:r>
      <w:r>
        <w:t>동의</w:t>
      </w:r>
      <w:r>
        <w:t xml:space="preserve">, </w:t>
      </w:r>
      <w:r>
        <w:t>그에</w:t>
      </w:r>
      <w:r>
        <w:t xml:space="preserve"> </w:t>
      </w:r>
      <w:r>
        <w:t>따른</w:t>
      </w:r>
      <w:r>
        <w:t xml:space="preserve"> </w:t>
      </w:r>
      <w:r>
        <w:t>이점</w:t>
      </w:r>
      <w:r>
        <w:t xml:space="preserve"> </w:t>
      </w:r>
      <w:r>
        <w:t>및</w:t>
      </w:r>
      <w:r>
        <w:t xml:space="preserve"> </w:t>
      </w:r>
      <w:r>
        <w:t>위험</w:t>
      </w:r>
      <w:r>
        <w:t xml:space="preserve">, </w:t>
      </w:r>
      <w:r>
        <w:t>대체</w:t>
      </w:r>
      <w:r>
        <w:t xml:space="preserve"> </w:t>
      </w:r>
      <w:r>
        <w:t>치료법</w:t>
      </w:r>
      <w:r>
        <w:t xml:space="preserve">, </w:t>
      </w:r>
      <w:r>
        <w:t>치료를</w:t>
      </w:r>
      <w:r>
        <w:t xml:space="preserve"> </w:t>
      </w:r>
      <w:r>
        <w:t>받지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건강에</w:t>
      </w:r>
      <w:r>
        <w:t xml:space="preserve"> </w:t>
      </w:r>
      <w:r>
        <w:t>미칠</w:t>
      </w:r>
      <w:r>
        <w:t xml:space="preserve"> </w:t>
      </w:r>
      <w:r>
        <w:t>영향을</w:t>
      </w:r>
      <w:r>
        <w:t xml:space="preserve"> </w:t>
      </w:r>
      <w:r>
        <w:t>포함합니다</w:t>
      </w:r>
      <w:r>
        <w:t xml:space="preserve">. </w:t>
      </w:r>
      <w:r>
        <w:t>침술은</w:t>
      </w:r>
      <w:r>
        <w:t xml:space="preserve"> </w:t>
      </w:r>
      <w:r>
        <w:t>의사에</w:t>
      </w:r>
      <w:r>
        <w:t xml:space="preserve"> </w:t>
      </w:r>
      <w:r>
        <w:t>의한</w:t>
      </w:r>
      <w:r>
        <w:t xml:space="preserve"> </w:t>
      </w:r>
      <w:r>
        <w:t>진단이나</w:t>
      </w:r>
      <w:r>
        <w:t xml:space="preserve"> </w:t>
      </w:r>
      <w:r>
        <w:t>치료를</w:t>
      </w:r>
      <w:r>
        <w:t xml:space="preserve"> </w:t>
      </w:r>
      <w:r>
        <w:t>대신할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, </w:t>
      </w:r>
      <w:r>
        <w:t>반드시</w:t>
      </w:r>
      <w:r>
        <w:t xml:space="preserve"> </w:t>
      </w:r>
      <w:r>
        <w:t>필요할</w:t>
      </w:r>
      <w:r>
        <w:t xml:space="preserve"> </w:t>
      </w:r>
      <w:r>
        <w:t>경우</w:t>
      </w:r>
      <w:r>
        <w:t xml:space="preserve"> </w:t>
      </w:r>
      <w:r>
        <w:t>일반</w:t>
      </w:r>
      <w:r>
        <w:t xml:space="preserve"> </w:t>
      </w:r>
      <w:r>
        <w:t>의료를</w:t>
      </w:r>
      <w:r>
        <w:t xml:space="preserve"> </w:t>
      </w:r>
      <w:r>
        <w:t>대신하는</w:t>
      </w:r>
      <w:r>
        <w:t xml:space="preserve"> </w:t>
      </w:r>
      <w:r>
        <w:t>수단으로</w:t>
      </w:r>
      <w:r>
        <w:t xml:space="preserve"> </w:t>
      </w:r>
      <w:r>
        <w:t>사용되어서는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14:paraId="520B987C" w14:textId="77777777" w:rsidR="0053298C" w:rsidRDefault="0053298C"/>
    <w:p w14:paraId="21E5BD84" w14:textId="77777777" w:rsidR="0053298C" w:rsidRDefault="00000000">
      <w:r>
        <w:t>임산부는</w:t>
      </w:r>
      <w:r>
        <w:t xml:space="preserve"> </w:t>
      </w:r>
      <w:r>
        <w:t>반드시</w:t>
      </w:r>
      <w:r>
        <w:t xml:space="preserve"> </w:t>
      </w:r>
      <w:r>
        <w:t>전문</w:t>
      </w:r>
      <w:r>
        <w:t xml:space="preserve"> </w:t>
      </w:r>
      <w:r>
        <w:t>의료인의</w:t>
      </w:r>
      <w:r>
        <w:t xml:space="preserve"> </w:t>
      </w:r>
      <w:r>
        <w:t>관리</w:t>
      </w:r>
      <w:r>
        <w:t xml:space="preserve"> </w:t>
      </w:r>
      <w:r>
        <w:t>하에</w:t>
      </w:r>
      <w:r>
        <w:t xml:space="preserve"> </w:t>
      </w:r>
      <w:r>
        <w:t>있어야</w:t>
      </w:r>
      <w:r>
        <w:t xml:space="preserve"> </w:t>
      </w:r>
      <w:r>
        <w:t>하며</w:t>
      </w:r>
      <w:r>
        <w:t xml:space="preserve">, </w:t>
      </w:r>
      <w:r>
        <w:t>암</w:t>
      </w:r>
      <w:r>
        <w:t xml:space="preserve"> </w:t>
      </w:r>
      <w:r>
        <w:t>치료</w:t>
      </w:r>
      <w:r>
        <w:t xml:space="preserve"> </w:t>
      </w:r>
      <w:r>
        <w:t>보조를</w:t>
      </w:r>
      <w:r>
        <w:t xml:space="preserve"> </w:t>
      </w:r>
      <w:r>
        <w:t>받는</w:t>
      </w:r>
      <w:r>
        <w:t xml:space="preserve"> </w:t>
      </w:r>
      <w:r>
        <w:t>환자는</w:t>
      </w:r>
      <w:r>
        <w:t xml:space="preserve"> </w:t>
      </w:r>
      <w:r>
        <w:t>반드시</w:t>
      </w:r>
      <w:r>
        <w:t xml:space="preserve"> </w:t>
      </w:r>
      <w:r>
        <w:t>종양</w:t>
      </w:r>
      <w:r>
        <w:t xml:space="preserve"> </w:t>
      </w:r>
      <w:r>
        <w:t>전문의의</w:t>
      </w:r>
      <w:r>
        <w:t xml:space="preserve"> </w:t>
      </w:r>
      <w:r>
        <w:t>치료를</w:t>
      </w:r>
      <w:r>
        <w:t xml:space="preserve"> </w:t>
      </w:r>
      <w:r>
        <w:t>함께</w:t>
      </w:r>
      <w:r>
        <w:t xml:space="preserve"> </w:t>
      </w:r>
      <w:r>
        <w:t>받아야</w:t>
      </w:r>
      <w:r>
        <w:t xml:space="preserve"> </w:t>
      </w:r>
      <w:r>
        <w:t>합니다</w:t>
      </w:r>
      <w:r>
        <w:t>.</w:t>
      </w:r>
    </w:p>
    <w:p w14:paraId="05A43D16" w14:textId="77777777" w:rsidR="0053298C" w:rsidRDefault="00000000">
      <w:pPr>
        <w:pStyle w:val="21"/>
      </w:pPr>
      <w:r>
        <w:t>시술</w:t>
      </w:r>
      <w:r>
        <w:t xml:space="preserve"> </w:t>
      </w:r>
      <w:r>
        <w:t>동의</w:t>
      </w:r>
      <w:r>
        <w:t xml:space="preserve"> </w:t>
      </w:r>
      <w:r>
        <w:t>내용</w:t>
      </w:r>
    </w:p>
    <w:p w14:paraId="08C81717" w14:textId="77777777" w:rsidR="0053298C" w:rsidRDefault="00000000">
      <w:r>
        <w:t>본인은</w:t>
      </w:r>
      <w:r>
        <w:t xml:space="preserve"> </w:t>
      </w:r>
      <w:r>
        <w:t>아래</w:t>
      </w:r>
      <w:r>
        <w:t xml:space="preserve"> </w:t>
      </w:r>
      <w:r>
        <w:t>명시된</w:t>
      </w:r>
      <w:r>
        <w:t xml:space="preserve"> </w:t>
      </w:r>
      <w:r>
        <w:t>침술사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외</w:t>
      </w:r>
      <w:r>
        <w:t xml:space="preserve"> </w:t>
      </w:r>
      <w:r>
        <w:t>이</w:t>
      </w:r>
      <w:r>
        <w:t xml:space="preserve"> </w:t>
      </w:r>
      <w:r>
        <w:t>한의원과</w:t>
      </w:r>
      <w:r>
        <w:t xml:space="preserve"> </w:t>
      </w:r>
      <w:r>
        <w:t>관련된</w:t>
      </w:r>
      <w:r>
        <w:t xml:space="preserve"> </w:t>
      </w:r>
      <w:r>
        <w:t>면허</w:t>
      </w:r>
      <w:r>
        <w:t xml:space="preserve"> </w:t>
      </w:r>
      <w:r>
        <w:t>소지</w:t>
      </w:r>
      <w:r>
        <w:t xml:space="preserve"> </w:t>
      </w:r>
      <w:r>
        <w:t>침술사들에</w:t>
      </w:r>
      <w:r>
        <w:t xml:space="preserve"> </w:t>
      </w:r>
      <w:r>
        <w:t>의해</w:t>
      </w:r>
      <w:r>
        <w:t xml:space="preserve">, </w:t>
      </w:r>
      <w:r>
        <w:t>본인</w:t>
      </w:r>
      <w:r>
        <w:t>(</w:t>
      </w:r>
      <w:r>
        <w:t>또는</w:t>
      </w:r>
      <w:r>
        <w:t xml:space="preserve"> </w:t>
      </w:r>
      <w:r>
        <w:t>법적</w:t>
      </w:r>
      <w:r>
        <w:t xml:space="preserve"> </w:t>
      </w:r>
      <w:r>
        <w:t>보호자로서</w:t>
      </w:r>
      <w:r>
        <w:t xml:space="preserve"> </w:t>
      </w:r>
      <w:r>
        <w:t>동의하는</w:t>
      </w:r>
      <w:r>
        <w:t xml:space="preserve"> </w:t>
      </w:r>
      <w:r>
        <w:t>환자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침술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치료</w:t>
      </w:r>
      <w:r>
        <w:t xml:space="preserve"> </w:t>
      </w:r>
      <w:r>
        <w:t>시술이</w:t>
      </w:r>
      <w:r>
        <w:t xml:space="preserve"> </w:t>
      </w:r>
      <w:r>
        <w:t>이루어지는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>.</w:t>
      </w:r>
    </w:p>
    <w:p w14:paraId="7F2A7344" w14:textId="77777777" w:rsidR="0053298C" w:rsidRDefault="00000000">
      <w:pPr>
        <w:pStyle w:val="21"/>
      </w:pPr>
      <w:r>
        <w:t>치료</w:t>
      </w:r>
      <w:r>
        <w:t xml:space="preserve"> </w:t>
      </w:r>
      <w:r>
        <w:t>방법의</w:t>
      </w:r>
      <w:r>
        <w:t xml:space="preserve"> </w:t>
      </w:r>
      <w:r>
        <w:t>설명</w:t>
      </w:r>
    </w:p>
    <w:p w14:paraId="1A94F476" w14:textId="77777777" w:rsidR="0053298C" w:rsidRDefault="00000000">
      <w:r>
        <w:t>치료에는</w:t>
      </w:r>
      <w:r>
        <w:t xml:space="preserve"> </w:t>
      </w:r>
      <w:r>
        <w:t>침술</w:t>
      </w:r>
      <w:r>
        <w:t xml:space="preserve">, </w:t>
      </w:r>
      <w:r>
        <w:t>뜸</w:t>
      </w:r>
      <w:r>
        <w:t xml:space="preserve">, </w:t>
      </w:r>
      <w:r>
        <w:t>부항</w:t>
      </w:r>
      <w:r>
        <w:t xml:space="preserve">, </w:t>
      </w:r>
      <w:r>
        <w:t>전기</w:t>
      </w:r>
      <w:r>
        <w:t xml:space="preserve"> </w:t>
      </w:r>
      <w:r>
        <w:t>자극</w:t>
      </w:r>
      <w:r>
        <w:t xml:space="preserve">, </w:t>
      </w:r>
      <w:r>
        <w:t>추나요법</w:t>
      </w:r>
      <w:r>
        <w:t>(</w:t>
      </w:r>
      <w:r>
        <w:t>중국식</w:t>
      </w:r>
      <w:r>
        <w:t xml:space="preserve"> </w:t>
      </w:r>
      <w:r>
        <w:t>마사지</w:t>
      </w:r>
      <w:r>
        <w:t xml:space="preserve">), </w:t>
      </w:r>
      <w:r>
        <w:t>한약</w:t>
      </w:r>
      <w:r>
        <w:t xml:space="preserve">, </w:t>
      </w:r>
      <w:r>
        <w:t>영양</w:t>
      </w:r>
      <w:r>
        <w:t xml:space="preserve"> </w:t>
      </w:r>
      <w:r>
        <w:t>상담</w:t>
      </w:r>
      <w:r>
        <w:t xml:space="preserve"> </w:t>
      </w:r>
      <w:r>
        <w:t>등이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한약은</w:t>
      </w:r>
      <w:r>
        <w:t xml:space="preserve"> </w:t>
      </w:r>
      <w:r>
        <w:t>제공된</w:t>
      </w:r>
      <w:r>
        <w:t xml:space="preserve"> </w:t>
      </w:r>
      <w:r>
        <w:t>구두</w:t>
      </w:r>
      <w:r>
        <w:t xml:space="preserve"> </w:t>
      </w:r>
      <w:r>
        <w:t>및</w:t>
      </w:r>
      <w:r>
        <w:t xml:space="preserve"> </w:t>
      </w:r>
      <w:r>
        <w:t>서면</w:t>
      </w:r>
      <w:r>
        <w:t xml:space="preserve"> </w:t>
      </w:r>
      <w:r>
        <w:t>설명에</w:t>
      </w:r>
      <w:r>
        <w:t xml:space="preserve"> </w:t>
      </w:r>
      <w:r>
        <w:t>따라</w:t>
      </w:r>
      <w:r>
        <w:t xml:space="preserve"> </w:t>
      </w:r>
      <w:r>
        <w:t>준비</w:t>
      </w:r>
      <w:r>
        <w:t xml:space="preserve"> </w:t>
      </w:r>
      <w:r>
        <w:t>및</w:t>
      </w:r>
      <w:r>
        <w:t xml:space="preserve"> </w:t>
      </w:r>
      <w:r>
        <w:t>복용되어야</w:t>
      </w:r>
      <w:r>
        <w:t xml:space="preserve"> </w:t>
      </w:r>
      <w:r>
        <w:t>하며</w:t>
      </w:r>
      <w:r>
        <w:t xml:space="preserve">, </w:t>
      </w:r>
      <w:r>
        <w:t>맛이나</w:t>
      </w:r>
      <w:r>
        <w:t xml:space="preserve"> </w:t>
      </w:r>
      <w:r>
        <w:t>냄새가</w:t>
      </w:r>
      <w:r>
        <w:t xml:space="preserve"> </w:t>
      </w:r>
      <w:r>
        <w:t>불쾌할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예상치</w:t>
      </w:r>
      <w:r>
        <w:t xml:space="preserve"> </w:t>
      </w:r>
      <w:r>
        <w:t>못한</w:t>
      </w:r>
      <w:r>
        <w:t xml:space="preserve"> </w:t>
      </w:r>
      <w:r>
        <w:t>부작용이나</w:t>
      </w:r>
      <w:r>
        <w:t xml:space="preserve"> </w:t>
      </w:r>
      <w:r>
        <w:t>불편함이</w:t>
      </w:r>
      <w:r>
        <w:t xml:space="preserve"> </w:t>
      </w:r>
      <w:r>
        <w:t>발생할</w:t>
      </w:r>
      <w:r>
        <w:t xml:space="preserve"> </w:t>
      </w:r>
      <w:r>
        <w:t>경우</w:t>
      </w:r>
      <w:r>
        <w:t xml:space="preserve"> </w:t>
      </w:r>
      <w:r>
        <w:t>즉시</w:t>
      </w:r>
      <w:r>
        <w:t xml:space="preserve"> </w:t>
      </w:r>
      <w:r>
        <w:t>임상진에게</w:t>
      </w:r>
      <w:r>
        <w:t xml:space="preserve"> </w:t>
      </w:r>
      <w:r>
        <w:t>알릴</w:t>
      </w:r>
      <w:r>
        <w:t xml:space="preserve"> </w:t>
      </w:r>
      <w:r>
        <w:t>것입니다</w:t>
      </w:r>
      <w:r>
        <w:t>.</w:t>
      </w:r>
    </w:p>
    <w:p w14:paraId="5F7316FA" w14:textId="77777777" w:rsidR="0053298C" w:rsidRDefault="00000000">
      <w:pPr>
        <w:pStyle w:val="21"/>
      </w:pPr>
      <w:r>
        <w:t>예상</w:t>
      </w:r>
      <w:r>
        <w:t xml:space="preserve"> </w:t>
      </w:r>
      <w:r>
        <w:t>가능한</w:t>
      </w:r>
      <w:r>
        <w:t xml:space="preserve"> </w:t>
      </w:r>
      <w:r>
        <w:t>위험</w:t>
      </w:r>
      <w:r>
        <w:t xml:space="preserve"> </w:t>
      </w:r>
      <w:r>
        <w:t>및</w:t>
      </w:r>
      <w:r>
        <w:t xml:space="preserve"> </w:t>
      </w:r>
      <w:r>
        <w:t>부작용</w:t>
      </w:r>
    </w:p>
    <w:p w14:paraId="5D4552EE" w14:textId="77777777" w:rsidR="0053298C" w:rsidRDefault="00000000">
      <w:r>
        <w:t>침술은</w:t>
      </w:r>
      <w:r>
        <w:t xml:space="preserve"> </w:t>
      </w:r>
      <w:r>
        <w:t>일반적으로</w:t>
      </w:r>
      <w:r>
        <w:t xml:space="preserve"> </w:t>
      </w:r>
      <w:r>
        <w:t>안전한</w:t>
      </w:r>
      <w:r>
        <w:t xml:space="preserve"> </w:t>
      </w:r>
      <w:r>
        <w:t>치료법이지만</w:t>
      </w:r>
      <w:r>
        <w:t xml:space="preserve">, </w:t>
      </w:r>
      <w:r>
        <w:t>다른</w:t>
      </w:r>
      <w:r>
        <w:t xml:space="preserve"> </w:t>
      </w:r>
      <w:r>
        <w:t>의료</w:t>
      </w:r>
      <w:r>
        <w:t xml:space="preserve"> </w:t>
      </w:r>
      <w:r>
        <w:t>행위와</w:t>
      </w:r>
      <w:r>
        <w:t xml:space="preserve"> </w:t>
      </w:r>
      <w:r>
        <w:t>마찬가지로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위험이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: </w:t>
      </w:r>
      <w:r>
        <w:t>멍</w:t>
      </w:r>
      <w:r>
        <w:t xml:space="preserve">, </w:t>
      </w:r>
      <w:r>
        <w:t>무감각</w:t>
      </w:r>
      <w:r>
        <w:t xml:space="preserve">, </w:t>
      </w:r>
      <w:r>
        <w:t>찌릿함</w:t>
      </w:r>
      <w:r>
        <w:t xml:space="preserve">, </w:t>
      </w:r>
      <w:r>
        <w:t>어지러움</w:t>
      </w:r>
      <w:r>
        <w:t xml:space="preserve">, </w:t>
      </w:r>
      <w:r>
        <w:t>기절</w:t>
      </w:r>
      <w:r>
        <w:t xml:space="preserve"> </w:t>
      </w:r>
      <w:r>
        <w:t>등이</w:t>
      </w:r>
      <w:r>
        <w:t xml:space="preserve"> </w:t>
      </w:r>
      <w:r>
        <w:t>있으며</w:t>
      </w:r>
      <w:r>
        <w:t xml:space="preserve">, </w:t>
      </w:r>
      <w:r>
        <w:t>뜸이나</w:t>
      </w:r>
      <w:r>
        <w:t xml:space="preserve"> </w:t>
      </w:r>
      <w:r>
        <w:t>부항</w:t>
      </w:r>
      <w:r>
        <w:t xml:space="preserve"> </w:t>
      </w:r>
      <w:r>
        <w:t>또는</w:t>
      </w:r>
      <w:r>
        <w:t xml:space="preserve"> </w:t>
      </w:r>
      <w:r>
        <w:t>온열</w:t>
      </w:r>
      <w:r>
        <w:t xml:space="preserve"> </w:t>
      </w:r>
      <w:r>
        <w:t>치료시</w:t>
      </w:r>
      <w:r>
        <w:t xml:space="preserve"> </w:t>
      </w:r>
      <w:r>
        <w:t>화상이나</w:t>
      </w:r>
      <w:r>
        <w:t xml:space="preserve"> </w:t>
      </w:r>
      <w:r>
        <w:t>흉터가</w:t>
      </w:r>
      <w:r>
        <w:t xml:space="preserve"> </w:t>
      </w:r>
      <w:r>
        <w:t>생길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부항</w:t>
      </w:r>
      <w:r>
        <w:t xml:space="preserve"> </w:t>
      </w:r>
      <w:r>
        <w:t>후</w:t>
      </w:r>
      <w:r>
        <w:t xml:space="preserve"> </w:t>
      </w:r>
      <w:r>
        <w:t>멍이</w:t>
      </w:r>
      <w:r>
        <w:t xml:space="preserve"> </w:t>
      </w:r>
      <w:r>
        <w:t>생기는</w:t>
      </w:r>
      <w:r>
        <w:t xml:space="preserve"> </w:t>
      </w:r>
      <w:r>
        <w:t>경우가</w:t>
      </w:r>
      <w:r>
        <w:t xml:space="preserve"> </w:t>
      </w:r>
      <w:r>
        <w:t>흔합니다</w:t>
      </w:r>
      <w:r>
        <w:t xml:space="preserve">. </w:t>
      </w:r>
      <w:r>
        <w:t>드물게</w:t>
      </w:r>
      <w:r>
        <w:t xml:space="preserve"> </w:t>
      </w:r>
      <w:r>
        <w:t>신경</w:t>
      </w:r>
      <w:r>
        <w:t xml:space="preserve"> </w:t>
      </w:r>
      <w:r>
        <w:t>손상이나</w:t>
      </w:r>
      <w:r>
        <w:t xml:space="preserve"> </w:t>
      </w:r>
      <w:r>
        <w:t>폐</w:t>
      </w:r>
      <w:r>
        <w:t xml:space="preserve"> </w:t>
      </w:r>
      <w:r>
        <w:t>천공</w:t>
      </w:r>
      <w:r>
        <w:t>(</w:t>
      </w:r>
      <w:r>
        <w:t>기흉</w:t>
      </w:r>
      <w:r>
        <w:t>)</w:t>
      </w:r>
      <w:r>
        <w:t>과</w:t>
      </w:r>
      <w:r>
        <w:t xml:space="preserve"> </w:t>
      </w:r>
      <w:r>
        <w:t>같은</w:t>
      </w:r>
      <w:r>
        <w:t xml:space="preserve"> </w:t>
      </w:r>
      <w:r>
        <w:t>장기</w:t>
      </w:r>
      <w:r>
        <w:t xml:space="preserve"> </w:t>
      </w:r>
      <w:r>
        <w:t>손상이</w:t>
      </w:r>
      <w:r>
        <w:t xml:space="preserve"> </w:t>
      </w:r>
      <w:r>
        <w:t>발생할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lastRenderedPageBreak/>
        <w:t>감염도</w:t>
      </w:r>
      <w:r>
        <w:t xml:space="preserve"> </w:t>
      </w:r>
      <w:r>
        <w:t>발생할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하지만</w:t>
      </w:r>
      <w:r>
        <w:t xml:space="preserve"> </w:t>
      </w:r>
      <w:r>
        <w:t>본</w:t>
      </w:r>
      <w:r>
        <w:t xml:space="preserve"> </w:t>
      </w:r>
      <w:r>
        <w:t>한의원은</w:t>
      </w:r>
      <w:r>
        <w:t xml:space="preserve"> </w:t>
      </w:r>
      <w:r>
        <w:t>일회용</w:t>
      </w:r>
      <w:r>
        <w:t xml:space="preserve"> </w:t>
      </w:r>
      <w:r>
        <w:t>멸균</w:t>
      </w:r>
      <w:r>
        <w:t xml:space="preserve"> </w:t>
      </w:r>
      <w:r>
        <w:t>침을</w:t>
      </w:r>
      <w:r>
        <w:t xml:space="preserve"> </w:t>
      </w:r>
      <w:r>
        <w:t>사용하고</w:t>
      </w:r>
      <w:r>
        <w:t xml:space="preserve"> </w:t>
      </w:r>
      <w:r>
        <w:t>위생적인</w:t>
      </w:r>
      <w:r>
        <w:t xml:space="preserve"> </w:t>
      </w:r>
      <w:r>
        <w:t>환경을</w:t>
      </w:r>
      <w:r>
        <w:t xml:space="preserve"> </w:t>
      </w:r>
      <w:r>
        <w:t>유지합니다</w:t>
      </w:r>
      <w:r>
        <w:t>.</w:t>
      </w:r>
    </w:p>
    <w:p w14:paraId="478B53B2" w14:textId="77777777" w:rsidR="0053298C" w:rsidRDefault="00000000">
      <w:pPr>
        <w:pStyle w:val="21"/>
      </w:pPr>
      <w:r>
        <w:t>한약과</w:t>
      </w:r>
      <w:r>
        <w:t xml:space="preserve"> </w:t>
      </w:r>
      <w:r>
        <w:t>영양</w:t>
      </w:r>
      <w:r>
        <w:t xml:space="preserve"> </w:t>
      </w:r>
      <w:r>
        <w:t>보조제</w:t>
      </w:r>
    </w:p>
    <w:p w14:paraId="4716A855" w14:textId="77777777" w:rsidR="0053298C" w:rsidRDefault="00000000">
      <w:r>
        <w:t>중의학에서</w:t>
      </w:r>
      <w:r>
        <w:t xml:space="preserve"> </w:t>
      </w:r>
      <w:r>
        <w:t>사용하는</w:t>
      </w:r>
      <w:r>
        <w:t xml:space="preserve"> </w:t>
      </w:r>
      <w:r>
        <w:t>한약과</w:t>
      </w:r>
      <w:r>
        <w:t xml:space="preserve"> </w:t>
      </w:r>
      <w:r>
        <w:t>보조제</w:t>
      </w:r>
      <w:r>
        <w:t>(</w:t>
      </w:r>
      <w:r>
        <w:t>식물성</w:t>
      </w:r>
      <w:r>
        <w:t xml:space="preserve">, </w:t>
      </w:r>
      <w:r>
        <w:t>동물성</w:t>
      </w:r>
      <w:r>
        <w:t xml:space="preserve">, </w:t>
      </w:r>
      <w:r>
        <w:t>광물성</w:t>
      </w:r>
      <w:r>
        <w:t xml:space="preserve"> </w:t>
      </w:r>
      <w:r>
        <w:t>유래</w:t>
      </w:r>
      <w:r>
        <w:t>)</w:t>
      </w:r>
      <w:r>
        <w:t>는</w:t>
      </w:r>
      <w:r>
        <w:t xml:space="preserve"> </w:t>
      </w:r>
      <w:r>
        <w:t>일반적으로</w:t>
      </w:r>
      <w:r>
        <w:t xml:space="preserve"> </w:t>
      </w:r>
      <w:r>
        <w:t>안전하지만</w:t>
      </w:r>
      <w:r>
        <w:t xml:space="preserve">, </w:t>
      </w:r>
      <w:r>
        <w:t>일부는</w:t>
      </w:r>
      <w:r>
        <w:t xml:space="preserve"> </w:t>
      </w:r>
      <w:r>
        <w:t>대량</w:t>
      </w:r>
      <w:r>
        <w:t xml:space="preserve"> </w:t>
      </w:r>
      <w:r>
        <w:t>섭취</w:t>
      </w:r>
      <w:r>
        <w:t xml:space="preserve"> </w:t>
      </w:r>
      <w:r>
        <w:t>시</w:t>
      </w:r>
      <w:r>
        <w:t xml:space="preserve"> </w:t>
      </w:r>
      <w:r>
        <w:t>독성이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임신</w:t>
      </w:r>
      <w:r>
        <w:t xml:space="preserve"> </w:t>
      </w:r>
      <w:r>
        <w:t>중에는</w:t>
      </w:r>
      <w:r>
        <w:t xml:space="preserve"> </w:t>
      </w:r>
      <w:r>
        <w:t>특정</w:t>
      </w:r>
      <w:r>
        <w:t xml:space="preserve"> </w:t>
      </w:r>
      <w:r>
        <w:t>약재가</w:t>
      </w:r>
      <w:r>
        <w:t xml:space="preserve"> </w:t>
      </w:r>
      <w:r>
        <w:t>적절치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있으므로</w:t>
      </w:r>
      <w:r>
        <w:t xml:space="preserve">, </w:t>
      </w:r>
      <w:r>
        <w:t>임신</w:t>
      </w:r>
      <w:r>
        <w:t xml:space="preserve"> </w:t>
      </w:r>
      <w:r>
        <w:t>중이거나</w:t>
      </w:r>
      <w:r>
        <w:t xml:space="preserve"> </w:t>
      </w:r>
      <w:r>
        <w:t>수유</w:t>
      </w:r>
      <w:r>
        <w:t xml:space="preserve"> </w:t>
      </w:r>
      <w:r>
        <w:t>중일</w:t>
      </w:r>
      <w:r>
        <w:t xml:space="preserve"> </w:t>
      </w:r>
      <w:r>
        <w:t>경우</w:t>
      </w:r>
      <w:r>
        <w:t xml:space="preserve"> </w:t>
      </w:r>
      <w:r>
        <w:t>반드시</w:t>
      </w:r>
      <w:r>
        <w:t xml:space="preserve"> </w:t>
      </w:r>
      <w:r>
        <w:t>의료진에게</w:t>
      </w:r>
      <w:r>
        <w:t xml:space="preserve"> </w:t>
      </w:r>
      <w:r>
        <w:t>알리고</w:t>
      </w:r>
      <w:r>
        <w:t xml:space="preserve">, </w:t>
      </w:r>
      <w:r>
        <w:t>전문가의</w:t>
      </w:r>
      <w:r>
        <w:t xml:space="preserve"> </w:t>
      </w:r>
      <w:r>
        <w:t>지시</w:t>
      </w:r>
      <w:r>
        <w:t xml:space="preserve"> </w:t>
      </w:r>
      <w:r>
        <w:t>전까지</w:t>
      </w:r>
      <w:r>
        <w:t xml:space="preserve"> </w:t>
      </w:r>
      <w:r>
        <w:t>모든</w:t>
      </w:r>
      <w:r>
        <w:t xml:space="preserve"> </w:t>
      </w:r>
      <w:r>
        <w:t>한약과</w:t>
      </w:r>
      <w:r>
        <w:t xml:space="preserve"> </w:t>
      </w:r>
      <w:r>
        <w:t>보조제를</w:t>
      </w:r>
      <w:r>
        <w:t xml:space="preserve"> </w:t>
      </w:r>
      <w:r>
        <w:t>중단해야</w:t>
      </w:r>
      <w:r>
        <w:t xml:space="preserve"> </w:t>
      </w:r>
      <w:r>
        <w:t>합니다</w:t>
      </w:r>
      <w:r>
        <w:t xml:space="preserve">. </w:t>
      </w:r>
      <w:r>
        <w:t>가능한</w:t>
      </w:r>
      <w:r>
        <w:t xml:space="preserve"> </w:t>
      </w:r>
      <w:r>
        <w:t>부작용으로는</w:t>
      </w:r>
      <w:r>
        <w:t xml:space="preserve"> </w:t>
      </w:r>
      <w:r>
        <w:t>메스꺼움</w:t>
      </w:r>
      <w:r>
        <w:t xml:space="preserve">, </w:t>
      </w:r>
      <w:r>
        <w:t>속쓰림</w:t>
      </w:r>
      <w:r>
        <w:t xml:space="preserve">, </w:t>
      </w:r>
      <w:r>
        <w:t>복통</w:t>
      </w:r>
      <w:r>
        <w:t xml:space="preserve">, </w:t>
      </w:r>
      <w:r>
        <w:t>설사</w:t>
      </w:r>
      <w:r>
        <w:t xml:space="preserve">, </w:t>
      </w:r>
      <w:r>
        <w:t>두통</w:t>
      </w:r>
      <w:r>
        <w:t xml:space="preserve">, </w:t>
      </w:r>
      <w:r>
        <w:t>간</w:t>
      </w:r>
      <w:r>
        <w:t>·</w:t>
      </w:r>
      <w:r>
        <w:t>신장</w:t>
      </w:r>
      <w:r>
        <w:t xml:space="preserve"> </w:t>
      </w:r>
      <w:r>
        <w:t>손상</w:t>
      </w:r>
      <w:r>
        <w:t xml:space="preserve">, </w:t>
      </w:r>
      <w:r>
        <w:t>발진</w:t>
      </w:r>
      <w:r>
        <w:t xml:space="preserve">, </w:t>
      </w:r>
      <w:r>
        <w:t>두드러기</w:t>
      </w:r>
      <w:r>
        <w:t xml:space="preserve">, </w:t>
      </w:r>
      <w:r>
        <w:t>혀의</w:t>
      </w:r>
      <w:r>
        <w:t xml:space="preserve"> </w:t>
      </w:r>
      <w:r>
        <w:t>찌릿함</w:t>
      </w:r>
      <w:r>
        <w:t xml:space="preserve"> </w:t>
      </w:r>
      <w:r>
        <w:t>등이</w:t>
      </w:r>
      <w:r>
        <w:t xml:space="preserve"> </w:t>
      </w:r>
      <w:r>
        <w:t>있습니다</w:t>
      </w:r>
      <w:r>
        <w:t>.</w:t>
      </w:r>
    </w:p>
    <w:p w14:paraId="4B44A875" w14:textId="77777777" w:rsidR="0053298C" w:rsidRDefault="00000000">
      <w:pPr>
        <w:pStyle w:val="21"/>
      </w:pPr>
      <w:r>
        <w:t>기대</w:t>
      </w:r>
      <w:r>
        <w:t xml:space="preserve"> </w:t>
      </w:r>
      <w:r>
        <w:t>효과</w:t>
      </w:r>
      <w:r>
        <w:t xml:space="preserve"> </w:t>
      </w:r>
      <w:r>
        <w:t>및</w:t>
      </w:r>
      <w:r>
        <w:t xml:space="preserve"> </w:t>
      </w:r>
      <w:r>
        <w:t>한계</w:t>
      </w:r>
    </w:p>
    <w:p w14:paraId="23FF79B5" w14:textId="77777777" w:rsidR="0053298C" w:rsidRDefault="00000000">
      <w:r>
        <w:t>임상진이</w:t>
      </w:r>
      <w:r>
        <w:t xml:space="preserve"> </w:t>
      </w:r>
      <w:r>
        <w:t>모든</w:t>
      </w:r>
      <w:r>
        <w:t xml:space="preserve"> </w:t>
      </w:r>
      <w:r>
        <w:t>위험과</w:t>
      </w:r>
      <w:r>
        <w:t xml:space="preserve"> </w:t>
      </w:r>
      <w:r>
        <w:t>결과를</w:t>
      </w:r>
      <w:r>
        <w:t xml:space="preserve"> </w:t>
      </w:r>
      <w:r>
        <w:t>예측하고</w:t>
      </w:r>
      <w:r>
        <w:t xml:space="preserve"> </w:t>
      </w:r>
      <w:r>
        <w:t>설명하는</w:t>
      </w:r>
      <w:r>
        <w:t xml:space="preserve"> </w:t>
      </w:r>
      <w:r>
        <w:t>것은</w:t>
      </w:r>
      <w:r>
        <w:t xml:space="preserve"> </w:t>
      </w:r>
      <w:r>
        <w:t>불가능하다는</w:t>
      </w:r>
      <w:r>
        <w:t xml:space="preserve"> </w:t>
      </w:r>
      <w:r>
        <w:t>것을</w:t>
      </w:r>
      <w:r>
        <w:t xml:space="preserve"> </w:t>
      </w:r>
      <w:r>
        <w:t>이해합니다</w:t>
      </w:r>
      <w:r>
        <w:t xml:space="preserve">. </w:t>
      </w:r>
      <w:r>
        <w:t>치료</w:t>
      </w:r>
      <w:r>
        <w:t xml:space="preserve"> </w:t>
      </w:r>
      <w:r>
        <w:t>결과는</w:t>
      </w:r>
      <w:r>
        <w:t xml:space="preserve"> </w:t>
      </w:r>
      <w:r>
        <w:t>보장되지</w:t>
      </w:r>
      <w:r>
        <w:t xml:space="preserve"> </w:t>
      </w:r>
      <w:r>
        <w:t>않으며</w:t>
      </w:r>
      <w:r>
        <w:t xml:space="preserve">, </w:t>
      </w:r>
      <w:r>
        <w:t>완치를</w:t>
      </w:r>
      <w:r>
        <w:t xml:space="preserve"> </w:t>
      </w:r>
      <w:r>
        <w:t>약속하지</w:t>
      </w:r>
      <w:r>
        <w:t xml:space="preserve"> </w:t>
      </w:r>
      <w:r>
        <w:t>않습니다</w:t>
      </w:r>
      <w:r>
        <w:t xml:space="preserve">. </w:t>
      </w:r>
      <w:r>
        <w:t>치료</w:t>
      </w:r>
      <w:r>
        <w:t xml:space="preserve"> </w:t>
      </w:r>
      <w:r>
        <w:t>중</w:t>
      </w:r>
      <w:r>
        <w:t xml:space="preserve"> </w:t>
      </w:r>
      <w:r>
        <w:t>최선의</w:t>
      </w:r>
      <w:r>
        <w:t xml:space="preserve"> </w:t>
      </w:r>
      <w:r>
        <w:t>판단에</w:t>
      </w:r>
      <w:r>
        <w:t xml:space="preserve"> </w:t>
      </w:r>
      <w:r>
        <w:t>따라</w:t>
      </w:r>
      <w:r>
        <w:t xml:space="preserve"> </w:t>
      </w:r>
      <w:r>
        <w:t>조치를</w:t>
      </w:r>
      <w:r>
        <w:t xml:space="preserve"> </w:t>
      </w:r>
      <w:r>
        <w:t>취하는</w:t>
      </w:r>
      <w:r>
        <w:t xml:space="preserve"> </w:t>
      </w:r>
      <w:r>
        <w:t>임상진의</w:t>
      </w:r>
      <w:r>
        <w:t xml:space="preserve"> </w:t>
      </w:r>
      <w:r>
        <w:t>전문성에</w:t>
      </w:r>
      <w:r>
        <w:t xml:space="preserve"> </w:t>
      </w:r>
      <w:r>
        <w:t>의존함을</w:t>
      </w:r>
      <w:r>
        <w:t xml:space="preserve"> </w:t>
      </w:r>
      <w:r>
        <w:t>동의합니다</w:t>
      </w:r>
      <w:r>
        <w:t>.</w:t>
      </w:r>
    </w:p>
    <w:p w14:paraId="1AECC922" w14:textId="77777777" w:rsidR="0053298C" w:rsidRDefault="00000000">
      <w:pPr>
        <w:pStyle w:val="21"/>
      </w:pPr>
      <w:r>
        <w:t>의료</w:t>
      </w:r>
      <w:r>
        <w:t xml:space="preserve"> </w:t>
      </w:r>
      <w:r>
        <w:t>정보</w:t>
      </w:r>
      <w:r>
        <w:t xml:space="preserve"> </w:t>
      </w:r>
      <w:r>
        <w:t>공개</w:t>
      </w:r>
      <w:r>
        <w:t xml:space="preserve"> </w:t>
      </w:r>
      <w:r>
        <w:t>및</w:t>
      </w:r>
      <w:r>
        <w:t xml:space="preserve"> </w:t>
      </w:r>
      <w:r>
        <w:t>기록</w:t>
      </w:r>
      <w:r>
        <w:t xml:space="preserve"> </w:t>
      </w:r>
      <w:r>
        <w:t>관리</w:t>
      </w:r>
    </w:p>
    <w:p w14:paraId="08ECCF8F" w14:textId="77777777" w:rsidR="0053298C" w:rsidRDefault="00000000">
      <w:r>
        <w:t>본인은</w:t>
      </w:r>
      <w:r>
        <w:t xml:space="preserve"> </w:t>
      </w:r>
      <w:r>
        <w:t>과거</w:t>
      </w:r>
      <w:r>
        <w:t xml:space="preserve"> </w:t>
      </w:r>
      <w:r>
        <w:t>병력</w:t>
      </w:r>
      <w:r>
        <w:t xml:space="preserve">, </w:t>
      </w:r>
      <w:r>
        <w:t>가족력</w:t>
      </w:r>
      <w:r>
        <w:t xml:space="preserve">, </w:t>
      </w:r>
      <w:r>
        <w:t>복용</w:t>
      </w:r>
      <w:r>
        <w:t xml:space="preserve"> </w:t>
      </w:r>
      <w:r>
        <w:t>중인</w:t>
      </w:r>
      <w:r>
        <w:t xml:space="preserve"> </w:t>
      </w:r>
      <w:r>
        <w:t>약물</w:t>
      </w:r>
      <w:r>
        <w:t xml:space="preserve"> </w:t>
      </w:r>
      <w:r>
        <w:t>및</w:t>
      </w:r>
      <w:r>
        <w:t xml:space="preserve"> </w:t>
      </w:r>
      <w:r>
        <w:t>영양제</w:t>
      </w:r>
      <w:r>
        <w:t>(</w:t>
      </w:r>
      <w:r>
        <w:t>처방약</w:t>
      </w:r>
      <w:r>
        <w:t xml:space="preserve">, </w:t>
      </w:r>
      <w:r>
        <w:t>일반약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이</w:t>
      </w:r>
      <w:r>
        <w:t xml:space="preserve"> </w:t>
      </w:r>
      <w:r>
        <w:t>한의원에</w:t>
      </w:r>
      <w:r>
        <w:t xml:space="preserve"> </w:t>
      </w:r>
      <w:r>
        <w:t>정확히</w:t>
      </w:r>
      <w:r>
        <w:t xml:space="preserve"> </w:t>
      </w:r>
      <w:r>
        <w:t>알리고</w:t>
      </w:r>
      <w:r>
        <w:t xml:space="preserve"> </w:t>
      </w:r>
      <w:r>
        <w:t>지속적으로</w:t>
      </w:r>
      <w:r>
        <w:t xml:space="preserve"> </w:t>
      </w:r>
      <w:r>
        <w:t>업데이트할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 xml:space="preserve">. </w:t>
      </w:r>
      <w:r>
        <w:t>진료기록과</w:t>
      </w:r>
      <w:r>
        <w:t xml:space="preserve"> </w:t>
      </w:r>
      <w:r>
        <w:t>검사</w:t>
      </w:r>
      <w:r>
        <w:t xml:space="preserve"> </w:t>
      </w:r>
      <w:r>
        <w:t>결과는</w:t>
      </w:r>
      <w:r>
        <w:t xml:space="preserve"> </w:t>
      </w:r>
      <w:r>
        <w:t>진료</w:t>
      </w:r>
      <w:r>
        <w:t xml:space="preserve"> </w:t>
      </w:r>
      <w:r>
        <w:t>목적상</w:t>
      </w:r>
      <w:r>
        <w:t xml:space="preserve"> </w:t>
      </w:r>
      <w:r>
        <w:t>검토될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, </w:t>
      </w:r>
      <w:r>
        <w:t>본인의</w:t>
      </w:r>
      <w:r>
        <w:t xml:space="preserve"> </w:t>
      </w:r>
      <w:r>
        <w:t>서면</w:t>
      </w:r>
      <w:r>
        <w:t xml:space="preserve"> </w:t>
      </w:r>
      <w:r>
        <w:t>동의</w:t>
      </w:r>
      <w:r>
        <w:t xml:space="preserve"> </w:t>
      </w:r>
      <w:r>
        <w:t>없이</w:t>
      </w:r>
      <w:r>
        <w:t xml:space="preserve"> </w:t>
      </w:r>
      <w:r>
        <w:t>외부에</w:t>
      </w:r>
      <w:r>
        <w:t xml:space="preserve"> </w:t>
      </w:r>
      <w:r>
        <w:t>공개되지</w:t>
      </w:r>
      <w:r>
        <w:t xml:space="preserve"> </w:t>
      </w:r>
      <w:r>
        <w:t>않습니다</w:t>
      </w:r>
      <w:r>
        <w:t>.</w:t>
      </w:r>
    </w:p>
    <w:p w14:paraId="7FE348E2" w14:textId="77777777" w:rsidR="0053298C" w:rsidRDefault="00000000">
      <w:pPr>
        <w:pStyle w:val="21"/>
      </w:pPr>
      <w:r>
        <w:t>대체</w:t>
      </w:r>
      <w:r>
        <w:t xml:space="preserve"> </w:t>
      </w:r>
      <w:r>
        <w:t>치료</w:t>
      </w:r>
      <w:r>
        <w:t xml:space="preserve"> </w:t>
      </w:r>
      <w:r>
        <w:t>방법</w:t>
      </w:r>
      <w:r>
        <w:t xml:space="preserve"> </w:t>
      </w:r>
      <w:r>
        <w:t>및</w:t>
      </w:r>
      <w:r>
        <w:t xml:space="preserve"> </w:t>
      </w:r>
      <w:r>
        <w:t>제</w:t>
      </w:r>
      <w:r>
        <w:t>2</w:t>
      </w:r>
      <w:r>
        <w:t>의</w:t>
      </w:r>
      <w:r>
        <w:t xml:space="preserve"> </w:t>
      </w:r>
      <w:r>
        <w:t>의견</w:t>
      </w:r>
    </w:p>
    <w:p w14:paraId="4D6FFF2F" w14:textId="77777777" w:rsidR="0053298C" w:rsidRDefault="00000000">
      <w:r>
        <w:t>침술</w:t>
      </w:r>
      <w:r>
        <w:t xml:space="preserve"> </w:t>
      </w:r>
      <w:r>
        <w:t>외에도</w:t>
      </w:r>
      <w:r>
        <w:t xml:space="preserve"> </w:t>
      </w:r>
      <w:r>
        <w:t>다양한</w:t>
      </w:r>
      <w:r>
        <w:t xml:space="preserve"> </w:t>
      </w:r>
      <w:r>
        <w:t>치료</w:t>
      </w:r>
      <w:r>
        <w:t xml:space="preserve"> </w:t>
      </w:r>
      <w:r>
        <w:t>방법이</w:t>
      </w:r>
      <w:r>
        <w:t xml:space="preserve"> </w:t>
      </w:r>
      <w:r>
        <w:t>있음을</w:t>
      </w:r>
      <w:r>
        <w:t xml:space="preserve"> </w:t>
      </w:r>
      <w:r>
        <w:t>이해합니다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자가</w:t>
      </w:r>
      <w:r>
        <w:t xml:space="preserve"> </w:t>
      </w:r>
      <w:r>
        <w:t>치료</w:t>
      </w:r>
      <w:r>
        <w:t xml:space="preserve">, </w:t>
      </w:r>
      <w:r>
        <w:t>일반</w:t>
      </w:r>
      <w:r>
        <w:t xml:space="preserve"> </w:t>
      </w:r>
      <w:r>
        <w:t>진통제</w:t>
      </w:r>
      <w:r>
        <w:t xml:space="preserve"> </w:t>
      </w:r>
      <w:r>
        <w:t>복용</w:t>
      </w:r>
      <w:r>
        <w:t xml:space="preserve">, </w:t>
      </w:r>
      <w:r>
        <w:t>물리치료</w:t>
      </w:r>
      <w:r>
        <w:t xml:space="preserve">, </w:t>
      </w:r>
      <w:r>
        <w:t>약물</w:t>
      </w:r>
      <w:r>
        <w:t xml:space="preserve"> </w:t>
      </w:r>
      <w:r>
        <w:t>치료</w:t>
      </w:r>
      <w:r>
        <w:t xml:space="preserve">, </w:t>
      </w:r>
      <w:r>
        <w:t>보조기</w:t>
      </w:r>
      <w:r>
        <w:t xml:space="preserve"> </w:t>
      </w:r>
      <w:r>
        <w:t>착용</w:t>
      </w:r>
      <w:r>
        <w:t xml:space="preserve">, </w:t>
      </w:r>
      <w:r>
        <w:t>주사</w:t>
      </w:r>
      <w:r>
        <w:t xml:space="preserve">, </w:t>
      </w:r>
      <w:r>
        <w:t>수술</w:t>
      </w:r>
      <w:r>
        <w:t xml:space="preserve"> </w:t>
      </w:r>
      <w:r>
        <w:t>등이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본인은</w:t>
      </w:r>
      <w:r>
        <w:t xml:space="preserve"> </w:t>
      </w:r>
      <w:r>
        <w:t>제</w:t>
      </w:r>
      <w:r>
        <w:t>2</w:t>
      </w:r>
      <w:r>
        <w:t>의</w:t>
      </w:r>
      <w:r>
        <w:t xml:space="preserve"> </w:t>
      </w:r>
      <w:r>
        <w:t>소견을</w:t>
      </w:r>
      <w:r>
        <w:t xml:space="preserve"> </w:t>
      </w:r>
      <w:r>
        <w:t>받을</w:t>
      </w:r>
      <w:r>
        <w:t xml:space="preserve"> </w:t>
      </w:r>
      <w:r>
        <w:t>권리가</w:t>
      </w:r>
      <w:r>
        <w:t xml:space="preserve"> </w:t>
      </w:r>
      <w:r>
        <w:t>있으며</w:t>
      </w:r>
      <w:r>
        <w:t xml:space="preserve">, </w:t>
      </w:r>
      <w:r>
        <w:t>원하는</w:t>
      </w:r>
      <w:r>
        <w:t xml:space="preserve"> </w:t>
      </w:r>
      <w:r>
        <w:t>경우</w:t>
      </w:r>
      <w:r>
        <w:t xml:space="preserve"> </w:t>
      </w:r>
      <w:r>
        <w:t>다른</w:t>
      </w:r>
      <w:r>
        <w:t xml:space="preserve"> </w:t>
      </w:r>
      <w:r>
        <w:t>방법을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5C9D9C4B" w14:textId="77777777" w:rsidR="0053298C" w:rsidRDefault="00000000">
      <w:pPr>
        <w:pStyle w:val="21"/>
      </w:pPr>
      <w:r>
        <w:t>서명</w:t>
      </w:r>
      <w:r>
        <w:t xml:space="preserve"> </w:t>
      </w:r>
      <w:r>
        <w:t>동의</w:t>
      </w:r>
    </w:p>
    <w:p w14:paraId="2581CA81" w14:textId="77777777" w:rsidR="0053298C" w:rsidRDefault="00000000">
      <w:r>
        <w:t>본인은</w:t>
      </w:r>
      <w:r>
        <w:t xml:space="preserve"> </w:t>
      </w:r>
      <w:r>
        <w:t>위</w:t>
      </w:r>
      <w:r>
        <w:t xml:space="preserve"> </w:t>
      </w:r>
      <w:r>
        <w:t>내용을</w:t>
      </w:r>
      <w:r>
        <w:t xml:space="preserve"> </w:t>
      </w:r>
      <w:r>
        <w:t>읽었거나</w:t>
      </w:r>
      <w:r>
        <w:t xml:space="preserve">, </w:t>
      </w:r>
      <w:r>
        <w:t>누군가에게</w:t>
      </w:r>
      <w:r>
        <w:t xml:space="preserve"> </w:t>
      </w:r>
      <w:r>
        <w:t>낭독받았으며</w:t>
      </w:r>
      <w:r>
        <w:t xml:space="preserve">, </w:t>
      </w:r>
      <w:r>
        <w:t>설명을</w:t>
      </w:r>
      <w:r>
        <w:t xml:space="preserve"> </w:t>
      </w:r>
      <w:r>
        <w:t>듣고</w:t>
      </w:r>
      <w:r>
        <w:t xml:space="preserve"> </w:t>
      </w:r>
      <w:r>
        <w:t>질문할</w:t>
      </w:r>
      <w:r>
        <w:t xml:space="preserve"> </w:t>
      </w:r>
      <w:r>
        <w:t>기회를</w:t>
      </w:r>
      <w:r>
        <w:t xml:space="preserve"> </w:t>
      </w:r>
      <w:r>
        <w:t>가졌고</w:t>
      </w:r>
      <w:r>
        <w:t xml:space="preserve">, </w:t>
      </w:r>
      <w:r>
        <w:t>치료에</w:t>
      </w:r>
      <w:r>
        <w:t xml:space="preserve"> </w:t>
      </w:r>
      <w:r>
        <w:t>동의합니다</w:t>
      </w:r>
      <w:r>
        <w:t xml:space="preserve">. </w:t>
      </w:r>
      <w:r>
        <w:t>이</w:t>
      </w:r>
      <w:r>
        <w:t xml:space="preserve"> </w:t>
      </w:r>
      <w:r>
        <w:t>동의서는</w:t>
      </w:r>
      <w:r>
        <w:t xml:space="preserve"> </w:t>
      </w:r>
      <w:r>
        <w:t>현재</w:t>
      </w:r>
      <w:r>
        <w:t xml:space="preserve"> </w:t>
      </w:r>
      <w:r>
        <w:t>증상뿐</w:t>
      </w:r>
      <w:r>
        <w:t xml:space="preserve"> </w:t>
      </w:r>
      <w:r>
        <w:t>아니라</w:t>
      </w:r>
      <w:r>
        <w:t xml:space="preserve"> </w:t>
      </w:r>
      <w:r>
        <w:t>향후</w:t>
      </w:r>
      <w:r>
        <w:t xml:space="preserve"> </w:t>
      </w:r>
      <w:r>
        <w:t>발생할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질환의</w:t>
      </w:r>
      <w:r>
        <w:t xml:space="preserve"> </w:t>
      </w:r>
      <w:r>
        <w:t>치료에도</w:t>
      </w:r>
      <w:r>
        <w:t xml:space="preserve"> </w:t>
      </w:r>
      <w:r>
        <w:t>적용됩니다</w:t>
      </w:r>
      <w:r>
        <w:t>.</w:t>
      </w:r>
    </w:p>
    <w:p w14:paraId="7F4287DB" w14:textId="77777777" w:rsidR="0053298C" w:rsidRDefault="0053298C"/>
    <w:p w14:paraId="3662EA53" w14:textId="77777777" w:rsidR="0053298C" w:rsidRDefault="00000000">
      <w:r>
        <w:lastRenderedPageBreak/>
        <w:t>양</w:t>
      </w:r>
      <w:r>
        <w:t xml:space="preserve"> </w:t>
      </w:r>
      <w:r>
        <w:t>당사자는</w:t>
      </w:r>
      <w:r>
        <w:t xml:space="preserve"> </w:t>
      </w:r>
      <w:r>
        <w:t>이</w:t>
      </w:r>
      <w:r>
        <w:t xml:space="preserve"> </w:t>
      </w:r>
      <w:r>
        <w:t>계약이</w:t>
      </w:r>
      <w:r>
        <w:t xml:space="preserve"> </w:t>
      </w:r>
      <w:r>
        <w:t>전자</w:t>
      </w:r>
      <w:r>
        <w:t xml:space="preserve"> </w:t>
      </w:r>
      <w:r>
        <w:t>서명으로도</w:t>
      </w:r>
      <w:r>
        <w:t xml:space="preserve"> </w:t>
      </w:r>
      <w:r>
        <w:t>유효하며</w:t>
      </w:r>
      <w:r>
        <w:t xml:space="preserve">, </w:t>
      </w:r>
      <w:r>
        <w:t>전자</w:t>
      </w:r>
      <w:r>
        <w:t xml:space="preserve"> </w:t>
      </w:r>
      <w:r>
        <w:t>서명이</w:t>
      </w:r>
      <w:r>
        <w:t xml:space="preserve"> </w:t>
      </w:r>
      <w:r>
        <w:t>자필</w:t>
      </w:r>
      <w:r>
        <w:t xml:space="preserve"> </w:t>
      </w:r>
      <w:r>
        <w:t>서명과</w:t>
      </w:r>
      <w:r>
        <w:t xml:space="preserve"> </w:t>
      </w:r>
      <w:r>
        <w:t>동일한</w:t>
      </w:r>
      <w:r>
        <w:t xml:space="preserve"> </w:t>
      </w:r>
      <w:r>
        <w:t>법적</w:t>
      </w:r>
      <w:r>
        <w:t xml:space="preserve"> </w:t>
      </w:r>
      <w:r>
        <w:t>효력을</w:t>
      </w:r>
      <w:r>
        <w:t xml:space="preserve"> </w:t>
      </w:r>
      <w:r>
        <w:t>가짐에</w:t>
      </w:r>
      <w:r>
        <w:t xml:space="preserve"> </w:t>
      </w:r>
      <w:r>
        <w:t>동의합니다</w:t>
      </w:r>
      <w:r>
        <w:t>.</w:t>
      </w:r>
    </w:p>
    <w:p w14:paraId="0BC43F1B" w14:textId="77777777" w:rsidR="0053298C" w:rsidRDefault="00000000">
      <w:r>
        <w:br/>
      </w:r>
      <w:r>
        <w:t>환자</w:t>
      </w:r>
      <w:r>
        <w:t xml:space="preserve"> </w:t>
      </w:r>
      <w:r>
        <w:t>이름</w:t>
      </w:r>
      <w:r>
        <w:t>: _________________________</w:t>
      </w:r>
    </w:p>
    <w:p w14:paraId="02B5B732" w14:textId="77777777" w:rsidR="0053298C" w:rsidRDefault="00000000">
      <w:r>
        <w:t>침술사</w:t>
      </w:r>
      <w:r>
        <w:t xml:space="preserve"> </w:t>
      </w:r>
      <w:r>
        <w:t>이름</w:t>
      </w:r>
      <w:r>
        <w:t>: _________________________</w:t>
      </w:r>
    </w:p>
    <w:p w14:paraId="1041981D" w14:textId="77777777" w:rsidR="0053298C" w:rsidRDefault="00000000">
      <w:r>
        <w:t>날짜</w:t>
      </w:r>
      <w:r>
        <w:t>: _________________________</w:t>
      </w:r>
    </w:p>
    <w:p w14:paraId="3F7544B0" w14:textId="77777777" w:rsidR="0053298C" w:rsidRDefault="00000000">
      <w:r>
        <w:t>환자</w:t>
      </w:r>
      <w:r>
        <w:t xml:space="preserve"> </w:t>
      </w:r>
      <w:r>
        <w:t>서명</w:t>
      </w:r>
      <w:r>
        <w:t>: X _________________________ (</w:t>
      </w:r>
      <w:r>
        <w:t>환자를</w:t>
      </w:r>
      <w:r>
        <w:t xml:space="preserve"> </w:t>
      </w:r>
      <w:r>
        <w:t>대신해</w:t>
      </w:r>
      <w:r>
        <w:t xml:space="preserve"> </w:t>
      </w:r>
      <w:r>
        <w:t>서명</w:t>
      </w:r>
      <w:r>
        <w:t xml:space="preserve"> </w:t>
      </w:r>
      <w:r>
        <w:t>시</w:t>
      </w:r>
      <w:r>
        <w:t xml:space="preserve">, </w:t>
      </w:r>
      <w:r>
        <w:t>관계</w:t>
      </w:r>
      <w:r>
        <w:t xml:space="preserve"> </w:t>
      </w:r>
      <w:r>
        <w:t>기재</w:t>
      </w:r>
      <w:r>
        <w:t>)</w:t>
      </w:r>
    </w:p>
    <w:p w14:paraId="10D8EE9B" w14:textId="77777777" w:rsidR="0053298C" w:rsidRDefault="00000000">
      <w:r>
        <w:br/>
      </w:r>
      <w:r>
        <w:t>추가로</w:t>
      </w:r>
      <w:r>
        <w:t xml:space="preserve">, </w:t>
      </w:r>
      <w:r>
        <w:t>중재</w:t>
      </w:r>
      <w:r>
        <w:t xml:space="preserve"> </w:t>
      </w:r>
      <w:r>
        <w:t>동의서</w:t>
      </w:r>
      <w:r>
        <w:t>(Arbitration Agreement)</w:t>
      </w:r>
      <w:r>
        <w:t>에도</w:t>
      </w:r>
      <w:r>
        <w:t xml:space="preserve"> </w:t>
      </w:r>
      <w:r>
        <w:t>서명해</w:t>
      </w:r>
      <w:r>
        <w:t xml:space="preserve"> </w:t>
      </w:r>
      <w:r>
        <w:t>주세요</w:t>
      </w:r>
      <w:r>
        <w:t>.</w:t>
      </w:r>
    </w:p>
    <w:sectPr w:rsidR="0053298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25840933">
    <w:abstractNumId w:val="8"/>
  </w:num>
  <w:num w:numId="2" w16cid:durableId="1053314693">
    <w:abstractNumId w:val="6"/>
  </w:num>
  <w:num w:numId="3" w16cid:durableId="651372265">
    <w:abstractNumId w:val="5"/>
  </w:num>
  <w:num w:numId="4" w16cid:durableId="234096047">
    <w:abstractNumId w:val="4"/>
  </w:num>
  <w:num w:numId="5" w16cid:durableId="994919574">
    <w:abstractNumId w:val="7"/>
  </w:num>
  <w:num w:numId="6" w16cid:durableId="937714139">
    <w:abstractNumId w:val="3"/>
  </w:num>
  <w:num w:numId="7" w16cid:durableId="1211722616">
    <w:abstractNumId w:val="2"/>
  </w:num>
  <w:num w:numId="8" w16cid:durableId="470443978">
    <w:abstractNumId w:val="1"/>
  </w:num>
  <w:num w:numId="9" w16cid:durableId="987167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3298C"/>
    <w:rsid w:val="009D6500"/>
    <w:rsid w:val="00AA1D8D"/>
    <w:rsid w:val="00B47730"/>
    <w:rsid w:val="00CB0664"/>
    <w:rsid w:val="00E46B9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62C039"/>
  <w14:defaultImageDpi w14:val="300"/>
  <w15:docId w15:val="{05A7A391-5107-449B-B23F-4E3B74D56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제목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제목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제목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제목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부제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본문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본문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본문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매크로 텍스트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인용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제목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제목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제목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제목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제목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제목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강한 인용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9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a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c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d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e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Angie Kwak</cp:lastModifiedBy>
  <cp:revision>2</cp:revision>
  <dcterms:created xsi:type="dcterms:W3CDTF">2025-08-04T17:53:00Z</dcterms:created>
  <dcterms:modified xsi:type="dcterms:W3CDTF">2025-08-04T17:53:00Z</dcterms:modified>
  <cp:category/>
</cp:coreProperties>
</file>